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rPr>
          <w:b/>
        </w:rPr>
        <w:t>CENTRE COMMONS</w:t>
      </w:r>
    </w:p>
    <w:p>
      <w:pPr>
        <w:spacing w:after="40"/>
        <w:jc w:val="center"/>
      </w:pPr>
      <w:r>
        <w:rPr>
          <w:rFonts w:ascii="Arial" w:hAnsi="Arial"/>
          <w:b/>
          <w:color w:val="1F4E79"/>
          <w:sz w:val="28"/>
        </w:rPr>
        <w:t>COMMERCIAL TENANT &amp; CREDIT APPLICATION</w:t>
      </w:r>
    </w:p>
    <w:p>
      <w:pPr>
        <w:pStyle w:val="Subtitle"/>
        <w:jc w:val="center"/>
      </w:pPr>
      <w:r>
        <w:t>Complete all sections. This application does not reserve space or create a lease.</w:t>
      </w:r>
    </w:p>
    <w:p>
      <w:pPr>
        <w:pStyle w:val="Heading1"/>
        <w:shd w:fill="D9EAF7"/>
      </w:pPr>
      <w:r>
        <w:t>1. Proposed tenancy</w:t>
      </w:r>
    </w:p>
    <w:tbl>
      <w:tblPr>
        <w:tblW w:type="auto" w:w="0"/>
        <w:jc w:val="center"/>
        <w:tblLayout w:type="fixed"/>
        <w:tblLook w:firstColumn="1" w:firstRow="1" w:lastColumn="0" w:lastRow="0" w:noHBand="0" w:noVBand="1" w:val="04A0"/>
      </w:tblPr>
      <w:tblGrid>
        <w:gridCol w:w="5184"/>
        <w:gridCol w:w="5184"/>
      </w:tblGrid>
      <w:tr>
        <w:tc>
          <w:tcPr>
            <w:tcW w:type="dxa" w:w="2376"/>
            <w:tcMar>
              <w:top w:w="80" w:type="dxa"/>
              <w:start w:w="120" w:type="dxa"/>
              <w:bottom w:w="80" w:type="dxa"/>
              <w:end w:w="120" w:type="dxa"/>
            </w:tcMar>
            <w:vAlign w:val="center"/>
            <w:shd w:fill="EEF4F8"/>
          </w:tcPr>
          <w:p>
            <w:r>
              <w:rPr>
                <w:b/>
              </w:rPr>
              <w:t>Legal business name</w:t>
            </w:r>
          </w:p>
        </w:tc>
        <w:tc>
          <w:tcPr>
            <w:tcW w:type="dxa" w:w="7200"/>
            <w:tcMar>
              <w:top w:w="80" w:type="dxa"/>
              <w:start w:w="120" w:type="dxa"/>
              <w:bottom w:w="80" w:type="dxa"/>
              <w:end w:w="120" w:type="dxa"/>
            </w:tcMar>
            <w:vAlign w:val="center"/>
          </w:tcPr>
          <w:p>
            <w:pPr>
              <w:pBdr>
                <w:bottom w:val="single" w:sz="6" w:space="1" w:color="7F8C8D"/>
              </w:pBdr>
              <w:spacing w:before="0" w:after="0" w:line="40" w:lineRule="exact"/>
            </w:pPr>
            <w:r/>
            <w:r>
              <w:rPr>
                <w:sz w:val="2"/>
              </w:rPr>
              <w:t xml:space="preserve"> </w:t>
            </w:r>
          </w:p>
        </w:tc>
      </w:tr>
      <w:tr>
        <w:tc>
          <w:tcPr>
            <w:tcW w:type="dxa" w:w="2376"/>
            <w:tcMar>
              <w:top w:w="80" w:type="dxa"/>
              <w:start w:w="120" w:type="dxa"/>
              <w:bottom w:w="80" w:type="dxa"/>
              <w:end w:w="120" w:type="dxa"/>
            </w:tcMar>
            <w:vAlign w:val="center"/>
            <w:shd w:fill="EEF4F8"/>
          </w:tcPr>
          <w:p>
            <w:r>
              <w:rPr>
                <w:b/>
              </w:rPr>
              <w:t>DBA / restaurant name</w:t>
            </w:r>
          </w:p>
        </w:tc>
        <w:tc>
          <w:tcPr>
            <w:tcW w:type="dxa" w:w="7200"/>
            <w:tcMar>
              <w:top w:w="80" w:type="dxa"/>
              <w:start w:w="120" w:type="dxa"/>
              <w:bottom w:w="80" w:type="dxa"/>
              <w:end w:w="120" w:type="dxa"/>
            </w:tcMar>
            <w:vAlign w:val="center"/>
          </w:tcPr>
          <w:p>
            <w:pPr>
              <w:pBdr>
                <w:bottom w:val="single" w:sz="6" w:space="1" w:color="7F8C8D"/>
              </w:pBdr>
              <w:spacing w:before="0" w:after="0" w:line="40" w:lineRule="exact"/>
            </w:pPr>
            <w:r/>
            <w:r>
              <w:rPr>
                <w:sz w:val="2"/>
              </w:rPr>
              <w:t xml:space="preserve"> </w:t>
            </w:r>
          </w:p>
        </w:tc>
      </w:tr>
      <w:tr>
        <w:tc>
          <w:tcPr>
            <w:tcW w:type="dxa" w:w="2376"/>
            <w:tcMar>
              <w:top w:w="80" w:type="dxa"/>
              <w:start w:w="120" w:type="dxa"/>
              <w:bottom w:w="80" w:type="dxa"/>
              <w:end w:w="120" w:type="dxa"/>
            </w:tcMar>
            <w:vAlign w:val="center"/>
            <w:shd w:fill="EEF4F8"/>
          </w:tcPr>
          <w:p>
            <w:r>
              <w:rPr>
                <w:b/>
              </w:rPr>
              <w:t>Requested premises</w:t>
            </w:r>
          </w:p>
        </w:tc>
        <w:tc>
          <w:tcPr>
            <w:tcW w:type="dxa" w:w="7200"/>
            <w:tcMar>
              <w:top w:w="80" w:type="dxa"/>
              <w:start w:w="120" w:type="dxa"/>
              <w:bottom w:w="80" w:type="dxa"/>
              <w:end w:w="120" w:type="dxa"/>
            </w:tcMar>
            <w:vAlign w:val="center"/>
          </w:tcPr>
          <w:p>
            <w:pPr>
              <w:pBdr>
                <w:bottom w:val="single" w:sz="6" w:space="1" w:color="7F8C8D"/>
              </w:pBdr>
              <w:spacing w:before="0" w:after="0" w:line="40" w:lineRule="exact"/>
            </w:pPr>
            <w:r/>
            <w:r>
              <w:rPr>
                <w:sz w:val="2"/>
              </w:rPr>
              <w:t xml:space="preserve"> </w:t>
            </w:r>
          </w:p>
        </w:tc>
      </w:tr>
      <w:tr>
        <w:tc>
          <w:tcPr>
            <w:tcW w:type="dxa" w:w="2376"/>
            <w:tcMar>
              <w:top w:w="80" w:type="dxa"/>
              <w:start w:w="120" w:type="dxa"/>
              <w:bottom w:w="80" w:type="dxa"/>
              <w:end w:w="120" w:type="dxa"/>
            </w:tcMar>
            <w:vAlign w:val="center"/>
            <w:shd w:fill="EEF4F8"/>
          </w:tcPr>
          <w:p>
            <w:r>
              <w:rPr>
                <w:b/>
              </w:rPr>
              <w:t>Requested start date</w:t>
            </w:r>
          </w:p>
        </w:tc>
        <w:tc>
          <w:tcPr>
            <w:tcW w:type="dxa" w:w="7200"/>
            <w:tcMar>
              <w:top w:w="80" w:type="dxa"/>
              <w:start w:w="120" w:type="dxa"/>
              <w:bottom w:w="80" w:type="dxa"/>
              <w:end w:w="120" w:type="dxa"/>
            </w:tcMar>
            <w:vAlign w:val="center"/>
          </w:tcPr>
          <w:p>
            <w:pPr>
              <w:pBdr>
                <w:bottom w:val="single" w:sz="6" w:space="1" w:color="7F8C8D"/>
              </w:pBdr>
              <w:spacing w:before="0" w:after="0" w:line="40" w:lineRule="exact"/>
            </w:pPr>
            <w:r/>
            <w:r>
              <w:rPr>
                <w:sz w:val="2"/>
              </w:rPr>
              <w:t xml:space="preserve"> </w:t>
            </w:r>
          </w:p>
        </w:tc>
      </w:tr>
      <w:tr>
        <w:tc>
          <w:tcPr>
            <w:tcW w:type="dxa" w:w="2376"/>
            <w:tcMar>
              <w:top w:w="80" w:type="dxa"/>
              <w:start w:w="120" w:type="dxa"/>
              <w:bottom w:w="80" w:type="dxa"/>
              <w:end w:w="120" w:type="dxa"/>
            </w:tcMar>
            <w:vAlign w:val="center"/>
            <w:shd w:fill="EEF4F8"/>
          </w:tcPr>
          <w:p>
            <w:r>
              <w:rPr>
                <w:b/>
              </w:rPr>
              <w:t>Expected opening date</w:t>
            </w:r>
          </w:p>
        </w:tc>
        <w:tc>
          <w:tcPr>
            <w:tcW w:type="dxa" w:w="7200"/>
            <w:tcMar>
              <w:top w:w="80" w:type="dxa"/>
              <w:start w:w="120" w:type="dxa"/>
              <w:bottom w:w="80" w:type="dxa"/>
              <w:end w:w="120" w:type="dxa"/>
            </w:tcMar>
            <w:vAlign w:val="center"/>
          </w:tcPr>
          <w:p>
            <w:pPr>
              <w:pBdr>
                <w:bottom w:val="single" w:sz="6" w:space="1" w:color="7F8C8D"/>
              </w:pBdr>
              <w:spacing w:before="0" w:after="0" w:line="40" w:lineRule="exact"/>
            </w:pPr>
            <w:r/>
            <w:r>
              <w:rPr>
                <w:sz w:val="2"/>
              </w:rPr>
              <w:t xml:space="preserve"> </w:t>
            </w:r>
          </w:p>
        </w:tc>
      </w:tr>
      <w:tr>
        <w:tc>
          <w:tcPr>
            <w:tcW w:type="dxa" w:w="2376"/>
            <w:tcMar>
              <w:top w:w="80" w:type="dxa"/>
              <w:start w:w="120" w:type="dxa"/>
              <w:bottom w:w="80" w:type="dxa"/>
              <w:end w:w="120" w:type="dxa"/>
            </w:tcMar>
            <w:vAlign w:val="center"/>
            <w:shd w:fill="EEF4F8"/>
          </w:tcPr>
          <w:p>
            <w:r>
              <w:rPr>
                <w:b/>
              </w:rPr>
              <w:t>Requested lease term</w:t>
            </w:r>
          </w:p>
        </w:tc>
        <w:tc>
          <w:tcPr>
            <w:tcW w:type="dxa" w:w="7200"/>
            <w:tcMar>
              <w:top w:w="80" w:type="dxa"/>
              <w:start w:w="120" w:type="dxa"/>
              <w:bottom w:w="80" w:type="dxa"/>
              <w:end w:w="120" w:type="dxa"/>
            </w:tcMar>
            <w:vAlign w:val="center"/>
          </w:tcPr>
          <w:p>
            <w:pPr>
              <w:pBdr>
                <w:bottom w:val="single" w:sz="6" w:space="1" w:color="7F8C8D"/>
              </w:pBdr>
              <w:spacing w:before="0" w:after="0" w:line="40" w:lineRule="exact"/>
            </w:pPr>
            <w:r/>
            <w:r>
              <w:rPr>
                <w:sz w:val="2"/>
              </w:rPr>
              <w:t xml:space="preserve"> </w:t>
            </w:r>
          </w:p>
        </w:tc>
      </w:tr>
      <w:tr>
        <w:tc>
          <w:tcPr>
            <w:tcW w:type="dxa" w:w="2376"/>
            <w:tcMar>
              <w:top w:w="80" w:type="dxa"/>
              <w:start w:w="120" w:type="dxa"/>
              <w:bottom w:w="80" w:type="dxa"/>
              <w:end w:w="120" w:type="dxa"/>
            </w:tcMar>
            <w:vAlign w:val="center"/>
            <w:shd w:fill="EEF4F8"/>
          </w:tcPr>
          <w:p>
            <w:r>
              <w:rPr>
                <w:b/>
              </w:rPr>
              <w:t>Proposed use / concept</w:t>
            </w:r>
          </w:p>
        </w:tc>
        <w:tc>
          <w:tcPr>
            <w:tcW w:type="dxa" w:w="7200"/>
            <w:tcMar>
              <w:top w:w="80" w:type="dxa"/>
              <w:start w:w="120" w:type="dxa"/>
              <w:bottom w:w="80" w:type="dxa"/>
              <w:end w:w="120" w:type="dxa"/>
            </w:tcMar>
            <w:vAlign w:val="center"/>
          </w:tcPr>
          <w:p>
            <w:pPr>
              <w:pBdr>
                <w:bottom w:val="single" w:sz="6" w:space="1" w:color="7F8C8D"/>
              </w:pBdr>
              <w:spacing w:before="0" w:after="0" w:line="40" w:lineRule="exact"/>
            </w:pPr>
            <w:r/>
            <w:r>
              <w:rPr>
                <w:sz w:val="2"/>
              </w:rPr>
              <w:t xml:space="preserve"> </w:t>
            </w:r>
          </w:p>
        </w:tc>
      </w:tr>
    </w:tbl>
    <w:p>
      <w:pPr>
        <w:pStyle w:val="Heading1"/>
        <w:shd w:fill="D9EAF7"/>
      </w:pPr>
      <w:r>
        <w:t>White-box delivery acknowledgment</w:t>
      </w:r>
    </w:p>
    <w:p>
      <w:r>
        <w:t>Centre Commons provides the premises as an empty white-box commercial space and does not build to suit. Applicant will pay for and coordinate all restaurant-specific design, engineering, permits, approvals, construction, fixtures, equipment, utility changes, and related costs. All work requires landlord’s prior written approval and must comply with the lease and applicable requirements.</w:t>
      </w:r>
    </w:p>
    <w:p>
      <w:r>
        <w:t>Applicant initials: __________</w:t>
      </w:r>
    </w:p>
    <w:p>
      <w:pPr>
        <w:pStyle w:val="Heading1"/>
        <w:shd w:fill="D9EAF7"/>
      </w:pPr>
      <w:r>
        <w:t>2. Business information</w:t>
      </w:r>
    </w:p>
    <w:tbl>
      <w:tblPr>
        <w:tblW w:type="auto" w:w="0"/>
        <w:jc w:val="center"/>
        <w:tblLayout w:type="fixed"/>
        <w:tblLook w:firstColumn="1" w:firstRow="1" w:lastColumn="0" w:lastRow="0" w:noHBand="0" w:noVBand="1" w:val="04A0"/>
      </w:tblPr>
      <w:tblGrid>
        <w:gridCol w:w="5184"/>
        <w:gridCol w:w="5184"/>
      </w:tblGrid>
      <w:tr>
        <w:tc>
          <w:tcPr>
            <w:tcW w:type="dxa" w:w="2376"/>
            <w:tcMar>
              <w:top w:w="80" w:type="dxa"/>
              <w:start w:w="120" w:type="dxa"/>
              <w:bottom w:w="80" w:type="dxa"/>
              <w:end w:w="120" w:type="dxa"/>
            </w:tcMar>
            <w:vAlign w:val="center"/>
            <w:shd w:fill="EEF4F8"/>
          </w:tcPr>
          <w:p>
            <w:r>
              <w:rPr>
                <w:b/>
              </w:rPr>
              <w:t>Entity type</w:t>
            </w:r>
          </w:p>
        </w:tc>
        <w:tc>
          <w:tcPr>
            <w:tcW w:type="dxa" w:w="7200"/>
            <w:tcMar>
              <w:top w:w="80" w:type="dxa"/>
              <w:start w:w="120" w:type="dxa"/>
              <w:bottom w:w="80" w:type="dxa"/>
              <w:end w:w="120" w:type="dxa"/>
            </w:tcMar>
            <w:vAlign w:val="center"/>
          </w:tcPr>
          <w:p>
            <w:r>
              <w:t>☐ LLC   ☐ Corporation   ☐ Partnership   ☐ Sole proprietor   ☐ Not yet formed</w:t>
            </w:r>
          </w:p>
        </w:tc>
      </w:tr>
      <w:tr>
        <w:tc>
          <w:tcPr>
            <w:tcW w:type="dxa" w:w="2376"/>
            <w:tcMar>
              <w:top w:w="80" w:type="dxa"/>
              <w:start w:w="120" w:type="dxa"/>
              <w:bottom w:w="80" w:type="dxa"/>
              <w:end w:w="120" w:type="dxa"/>
            </w:tcMar>
            <w:vAlign w:val="center"/>
            <w:shd w:fill="EEF4F8"/>
          </w:tcPr>
          <w:p>
            <w:r>
              <w:rPr>
                <w:b/>
              </w:rPr>
              <w:t>State / date formed</w:t>
            </w:r>
          </w:p>
        </w:tc>
        <w:tc>
          <w:tcPr>
            <w:tcW w:type="dxa" w:w="7200"/>
            <w:tcMar>
              <w:top w:w="80" w:type="dxa"/>
              <w:start w:w="120" w:type="dxa"/>
              <w:bottom w:w="80" w:type="dxa"/>
              <w:end w:w="120" w:type="dxa"/>
            </w:tcMar>
            <w:vAlign w:val="center"/>
          </w:tcPr>
          <w:p>
            <w:pPr>
              <w:pBdr>
                <w:bottom w:val="single" w:sz="6" w:space="1" w:color="7F8C8D"/>
              </w:pBdr>
              <w:spacing w:before="0" w:after="0" w:line="40" w:lineRule="exact"/>
            </w:pPr>
            <w:r/>
            <w:r>
              <w:rPr>
                <w:sz w:val="2"/>
              </w:rPr>
              <w:t xml:space="preserve"> </w:t>
            </w:r>
          </w:p>
        </w:tc>
      </w:tr>
      <w:tr>
        <w:tc>
          <w:tcPr>
            <w:tcW w:type="dxa" w:w="2376"/>
            <w:tcMar>
              <w:top w:w="80" w:type="dxa"/>
              <w:start w:w="120" w:type="dxa"/>
              <w:bottom w:w="80" w:type="dxa"/>
              <w:end w:w="120" w:type="dxa"/>
            </w:tcMar>
            <w:vAlign w:val="center"/>
            <w:shd w:fill="EEF4F8"/>
          </w:tcPr>
          <w:p>
            <w:r>
              <w:rPr>
                <w:b/>
              </w:rPr>
              <w:t>Federal EIN</w:t>
            </w:r>
          </w:p>
        </w:tc>
        <w:tc>
          <w:tcPr>
            <w:tcW w:type="dxa" w:w="7200"/>
            <w:tcMar>
              <w:top w:w="80" w:type="dxa"/>
              <w:start w:w="120" w:type="dxa"/>
              <w:bottom w:w="80" w:type="dxa"/>
              <w:end w:w="120" w:type="dxa"/>
            </w:tcMar>
            <w:vAlign w:val="center"/>
          </w:tcPr>
          <w:p>
            <w:pPr>
              <w:pBdr>
                <w:bottom w:val="single" w:sz="6" w:space="1" w:color="7F8C8D"/>
              </w:pBdr>
              <w:spacing w:before="0" w:after="0" w:line="40" w:lineRule="exact"/>
            </w:pPr>
            <w:r/>
            <w:r>
              <w:rPr>
                <w:sz w:val="2"/>
              </w:rPr>
              <w:t xml:space="preserve"> </w:t>
            </w:r>
          </w:p>
        </w:tc>
      </w:tr>
      <w:tr>
        <w:tc>
          <w:tcPr>
            <w:tcW w:type="dxa" w:w="2376"/>
            <w:tcMar>
              <w:top w:w="80" w:type="dxa"/>
              <w:start w:w="120" w:type="dxa"/>
              <w:bottom w:w="80" w:type="dxa"/>
              <w:end w:w="120" w:type="dxa"/>
            </w:tcMar>
            <w:vAlign w:val="center"/>
            <w:shd w:fill="EEF4F8"/>
          </w:tcPr>
          <w:p>
            <w:r>
              <w:rPr>
                <w:b/>
              </w:rPr>
              <w:t>Business address</w:t>
            </w:r>
          </w:p>
        </w:tc>
        <w:tc>
          <w:tcPr>
            <w:tcW w:type="dxa" w:w="7200"/>
            <w:tcMar>
              <w:top w:w="80" w:type="dxa"/>
              <w:start w:w="120" w:type="dxa"/>
              <w:bottom w:w="80" w:type="dxa"/>
              <w:end w:w="120" w:type="dxa"/>
            </w:tcMar>
            <w:vAlign w:val="center"/>
          </w:tcPr>
          <w:p>
            <w:pPr>
              <w:pBdr>
                <w:bottom w:val="single" w:sz="6" w:space="1" w:color="7F8C8D"/>
              </w:pBdr>
              <w:spacing w:before="0" w:after="0" w:line="40" w:lineRule="exact"/>
            </w:pPr>
            <w:r/>
            <w:r>
              <w:rPr>
                <w:sz w:val="2"/>
              </w:rPr>
              <w:t xml:space="preserve"> </w:t>
            </w:r>
          </w:p>
        </w:tc>
      </w:tr>
      <w:tr>
        <w:tc>
          <w:tcPr>
            <w:tcW w:type="dxa" w:w="2376"/>
            <w:tcMar>
              <w:top w:w="80" w:type="dxa"/>
              <w:start w:w="120" w:type="dxa"/>
              <w:bottom w:w="80" w:type="dxa"/>
              <w:end w:w="120" w:type="dxa"/>
            </w:tcMar>
            <w:vAlign w:val="center"/>
            <w:shd w:fill="EEF4F8"/>
          </w:tcPr>
          <w:p>
            <w:r>
              <w:rPr>
                <w:b/>
              </w:rPr>
              <w:t>Business phone / email</w:t>
            </w:r>
          </w:p>
        </w:tc>
        <w:tc>
          <w:tcPr>
            <w:tcW w:type="dxa" w:w="7200"/>
            <w:tcMar>
              <w:top w:w="80" w:type="dxa"/>
              <w:start w:w="120" w:type="dxa"/>
              <w:bottom w:w="80" w:type="dxa"/>
              <w:end w:w="120" w:type="dxa"/>
            </w:tcMar>
            <w:vAlign w:val="center"/>
          </w:tcPr>
          <w:p>
            <w:pPr>
              <w:pBdr>
                <w:bottom w:val="single" w:sz="6" w:space="1" w:color="7F8C8D"/>
              </w:pBdr>
              <w:spacing w:before="0" w:after="0" w:line="40" w:lineRule="exact"/>
            </w:pPr>
            <w:r/>
            <w:r>
              <w:rPr>
                <w:sz w:val="2"/>
              </w:rPr>
              <w:t xml:space="preserve"> </w:t>
            </w:r>
          </w:p>
        </w:tc>
      </w:tr>
      <w:tr>
        <w:tc>
          <w:tcPr>
            <w:tcW w:type="dxa" w:w="2376"/>
            <w:tcMar>
              <w:top w:w="80" w:type="dxa"/>
              <w:start w:w="120" w:type="dxa"/>
              <w:bottom w:w="80" w:type="dxa"/>
              <w:end w:w="120" w:type="dxa"/>
            </w:tcMar>
            <w:vAlign w:val="center"/>
            <w:shd w:fill="EEF4F8"/>
          </w:tcPr>
          <w:p>
            <w:r>
              <w:rPr>
                <w:b/>
              </w:rPr>
              <w:t>Website / social media</w:t>
            </w:r>
          </w:p>
        </w:tc>
        <w:tc>
          <w:tcPr>
            <w:tcW w:type="dxa" w:w="7200"/>
            <w:tcMar>
              <w:top w:w="80" w:type="dxa"/>
              <w:start w:w="120" w:type="dxa"/>
              <w:bottom w:w="80" w:type="dxa"/>
              <w:end w:w="120" w:type="dxa"/>
            </w:tcMar>
            <w:vAlign w:val="center"/>
          </w:tcPr>
          <w:p>
            <w:pPr>
              <w:pBdr>
                <w:bottom w:val="single" w:sz="6" w:space="1" w:color="7F8C8D"/>
              </w:pBdr>
              <w:spacing w:before="0" w:after="0" w:line="40" w:lineRule="exact"/>
            </w:pPr>
            <w:r/>
            <w:r>
              <w:rPr>
                <w:sz w:val="2"/>
              </w:rPr>
              <w:t xml:space="preserve"> </w:t>
            </w:r>
          </w:p>
        </w:tc>
      </w:tr>
      <w:tr>
        <w:tc>
          <w:tcPr>
            <w:tcW w:type="dxa" w:w="2376"/>
            <w:tcMar>
              <w:top w:w="80" w:type="dxa"/>
              <w:start w:w="120" w:type="dxa"/>
              <w:bottom w:w="80" w:type="dxa"/>
              <w:end w:w="120" w:type="dxa"/>
            </w:tcMar>
            <w:vAlign w:val="center"/>
            <w:shd w:fill="EEF4F8"/>
          </w:tcPr>
          <w:p>
            <w:r>
              <w:rPr>
                <w:b/>
              </w:rPr>
              <w:t>Years in business</w:t>
            </w:r>
          </w:p>
        </w:tc>
        <w:tc>
          <w:tcPr>
            <w:tcW w:type="dxa" w:w="7200"/>
            <w:tcMar>
              <w:top w:w="80" w:type="dxa"/>
              <w:start w:w="120" w:type="dxa"/>
              <w:bottom w:w="80" w:type="dxa"/>
              <w:end w:w="120" w:type="dxa"/>
            </w:tcMar>
            <w:vAlign w:val="center"/>
          </w:tcPr>
          <w:p>
            <w:pPr>
              <w:pBdr>
                <w:bottom w:val="single" w:sz="6" w:space="1" w:color="7F8C8D"/>
              </w:pBdr>
              <w:spacing w:before="0" w:after="0" w:line="40" w:lineRule="exact"/>
            </w:pPr>
            <w:r/>
            <w:r>
              <w:rPr>
                <w:sz w:val="2"/>
              </w:rPr>
              <w:t xml:space="preserve"> </w:t>
            </w:r>
          </w:p>
        </w:tc>
      </w:tr>
      <w:tr>
        <w:tc>
          <w:tcPr>
            <w:tcW w:type="dxa" w:w="2376"/>
            <w:tcMar>
              <w:top w:w="80" w:type="dxa"/>
              <w:start w:w="120" w:type="dxa"/>
              <w:bottom w:w="80" w:type="dxa"/>
              <w:end w:w="120" w:type="dxa"/>
            </w:tcMar>
            <w:vAlign w:val="center"/>
            <w:shd w:fill="EEF4F8"/>
          </w:tcPr>
          <w:p>
            <w:r>
              <w:rPr>
                <w:b/>
              </w:rPr>
              <w:t>Current location(s)</w:t>
            </w:r>
          </w:p>
        </w:tc>
        <w:tc>
          <w:tcPr>
            <w:tcW w:type="dxa" w:w="7200"/>
            <w:tcMar>
              <w:top w:w="80" w:type="dxa"/>
              <w:start w:w="120" w:type="dxa"/>
              <w:bottom w:w="80" w:type="dxa"/>
              <w:end w:w="120" w:type="dxa"/>
            </w:tcMar>
            <w:vAlign w:val="center"/>
          </w:tcPr>
          <w:p>
            <w:pPr>
              <w:pBdr>
                <w:bottom w:val="single" w:sz="6" w:space="1" w:color="7F8C8D"/>
              </w:pBdr>
              <w:spacing w:before="0" w:after="0" w:line="40" w:lineRule="exact"/>
            </w:pPr>
            <w:r/>
            <w:r>
              <w:rPr>
                <w:sz w:val="2"/>
              </w:rPr>
              <w:t xml:space="preserve"> </w:t>
            </w:r>
          </w:p>
        </w:tc>
      </w:tr>
    </w:tbl>
    <w:p>
      <w:pPr>
        <w:pStyle w:val="Heading1"/>
        <w:shd w:fill="D9EAF7"/>
      </w:pPr>
      <w:r>
        <w:t>3. Primary contact</w:t>
      </w:r>
    </w:p>
    <w:tbl>
      <w:tblPr>
        <w:tblW w:type="auto" w:w="0"/>
        <w:jc w:val="center"/>
        <w:tblLayout w:type="fixed"/>
        <w:tblLook w:firstColumn="1" w:firstRow="1" w:lastColumn="0" w:lastRow="0" w:noHBand="0" w:noVBand="1" w:val="04A0"/>
      </w:tblPr>
      <w:tblGrid>
        <w:gridCol w:w="5184"/>
        <w:gridCol w:w="5184"/>
      </w:tblGrid>
      <w:tr>
        <w:tc>
          <w:tcPr>
            <w:tcW w:type="dxa" w:w="2376"/>
            <w:tcMar>
              <w:top w:w="80" w:type="dxa"/>
              <w:start w:w="120" w:type="dxa"/>
              <w:bottom w:w="80" w:type="dxa"/>
              <w:end w:w="120" w:type="dxa"/>
            </w:tcMar>
            <w:vAlign w:val="center"/>
            <w:shd w:fill="EEF4F8"/>
          </w:tcPr>
          <w:p>
            <w:r>
              <w:rPr>
                <w:b/>
              </w:rPr>
              <w:t>Full legal name</w:t>
            </w:r>
          </w:p>
        </w:tc>
        <w:tc>
          <w:tcPr>
            <w:tcW w:type="dxa" w:w="7200"/>
            <w:tcMar>
              <w:top w:w="80" w:type="dxa"/>
              <w:start w:w="120" w:type="dxa"/>
              <w:bottom w:w="80" w:type="dxa"/>
              <w:end w:w="120" w:type="dxa"/>
            </w:tcMar>
            <w:vAlign w:val="center"/>
          </w:tcPr>
          <w:p>
            <w:pPr>
              <w:pBdr>
                <w:bottom w:val="single" w:sz="6" w:space="1" w:color="7F8C8D"/>
              </w:pBdr>
              <w:spacing w:before="0" w:after="0" w:line="40" w:lineRule="exact"/>
            </w:pPr>
            <w:r/>
            <w:r>
              <w:rPr>
                <w:sz w:val="2"/>
              </w:rPr>
              <w:t xml:space="preserve"> </w:t>
            </w:r>
          </w:p>
        </w:tc>
      </w:tr>
      <w:tr>
        <w:tc>
          <w:tcPr>
            <w:tcW w:type="dxa" w:w="2376"/>
            <w:tcMar>
              <w:top w:w="80" w:type="dxa"/>
              <w:start w:w="120" w:type="dxa"/>
              <w:bottom w:w="80" w:type="dxa"/>
              <w:end w:w="120" w:type="dxa"/>
            </w:tcMar>
            <w:vAlign w:val="center"/>
            <w:shd w:fill="EEF4F8"/>
          </w:tcPr>
          <w:p>
            <w:r>
              <w:rPr>
                <w:b/>
              </w:rPr>
              <w:t>Title</w:t>
            </w:r>
          </w:p>
        </w:tc>
        <w:tc>
          <w:tcPr>
            <w:tcW w:type="dxa" w:w="7200"/>
            <w:tcMar>
              <w:top w:w="80" w:type="dxa"/>
              <w:start w:w="120" w:type="dxa"/>
              <w:bottom w:w="80" w:type="dxa"/>
              <w:end w:w="120" w:type="dxa"/>
            </w:tcMar>
            <w:vAlign w:val="center"/>
          </w:tcPr>
          <w:p>
            <w:pPr>
              <w:pBdr>
                <w:bottom w:val="single" w:sz="6" w:space="1" w:color="7F8C8D"/>
              </w:pBdr>
              <w:spacing w:before="0" w:after="0" w:line="40" w:lineRule="exact"/>
            </w:pPr>
            <w:r/>
            <w:r>
              <w:rPr>
                <w:sz w:val="2"/>
              </w:rPr>
              <w:t xml:space="preserve"> </w:t>
            </w:r>
          </w:p>
        </w:tc>
      </w:tr>
      <w:tr>
        <w:tc>
          <w:tcPr>
            <w:tcW w:type="dxa" w:w="2376"/>
            <w:tcMar>
              <w:top w:w="80" w:type="dxa"/>
              <w:start w:w="120" w:type="dxa"/>
              <w:bottom w:w="80" w:type="dxa"/>
              <w:end w:w="120" w:type="dxa"/>
            </w:tcMar>
            <w:vAlign w:val="center"/>
            <w:shd w:fill="EEF4F8"/>
          </w:tcPr>
          <w:p>
            <w:r>
              <w:rPr>
                <w:b/>
              </w:rPr>
              <w:t>Phone / email</w:t>
            </w:r>
          </w:p>
        </w:tc>
        <w:tc>
          <w:tcPr>
            <w:tcW w:type="dxa" w:w="7200"/>
            <w:tcMar>
              <w:top w:w="80" w:type="dxa"/>
              <w:start w:w="120" w:type="dxa"/>
              <w:bottom w:w="80" w:type="dxa"/>
              <w:end w:w="120" w:type="dxa"/>
            </w:tcMar>
            <w:vAlign w:val="center"/>
          </w:tcPr>
          <w:p>
            <w:pPr>
              <w:pBdr>
                <w:bottom w:val="single" w:sz="6" w:space="1" w:color="7F8C8D"/>
              </w:pBdr>
              <w:spacing w:before="0" w:after="0" w:line="40" w:lineRule="exact"/>
            </w:pPr>
            <w:r/>
            <w:r>
              <w:rPr>
                <w:sz w:val="2"/>
              </w:rPr>
              <w:t xml:space="preserve"> </w:t>
            </w:r>
          </w:p>
        </w:tc>
      </w:tr>
      <w:tr>
        <w:tc>
          <w:tcPr>
            <w:tcW w:type="dxa" w:w="2376"/>
            <w:tcMar>
              <w:top w:w="80" w:type="dxa"/>
              <w:start w:w="120" w:type="dxa"/>
              <w:bottom w:w="80" w:type="dxa"/>
              <w:end w:w="120" w:type="dxa"/>
            </w:tcMar>
            <w:vAlign w:val="center"/>
            <w:shd w:fill="EEF4F8"/>
          </w:tcPr>
          <w:p>
            <w:r>
              <w:rPr>
                <w:b/>
              </w:rPr>
              <w:t>Current address</w:t>
            </w:r>
          </w:p>
        </w:tc>
        <w:tc>
          <w:tcPr>
            <w:tcW w:type="dxa" w:w="7200"/>
            <w:tcMar>
              <w:top w:w="80" w:type="dxa"/>
              <w:start w:w="120" w:type="dxa"/>
              <w:bottom w:w="80" w:type="dxa"/>
              <w:end w:w="120" w:type="dxa"/>
            </w:tcMar>
            <w:vAlign w:val="center"/>
          </w:tcPr>
          <w:p>
            <w:pPr>
              <w:pBdr>
                <w:bottom w:val="single" w:sz="6" w:space="1" w:color="7F8C8D"/>
              </w:pBdr>
              <w:spacing w:before="0" w:after="0" w:line="40" w:lineRule="exact"/>
            </w:pPr>
            <w:r/>
            <w:r>
              <w:rPr>
                <w:sz w:val="2"/>
              </w:rPr>
              <w:t xml:space="preserve"> </w:t>
            </w:r>
          </w:p>
        </w:tc>
      </w:tr>
    </w:tbl>
    <w:p>
      <w:r>
        <w:br w:type="page"/>
      </w:r>
    </w:p>
    <w:p>
      <w:pPr>
        <w:pStyle w:val="Heading1"/>
        <w:shd w:fill="D9EAF7"/>
      </w:pPr>
      <w:r>
        <w:t>4. Owners and proposed guarantors</w:t>
      </w:r>
    </w:p>
    <w:p>
      <w:r>
        <w:t>List every owner and every person who will guarantee the lease. Attach another page if needed. A spouse is not required to apply unless the spouse is an owner, applicant, or guarantor.</w:t>
      </w:r>
    </w:p>
    <w:p>
      <w:pPr>
        <w:pStyle w:val="Heading2"/>
      </w:pPr>
      <w:r>
        <w:t>Person 1</w:t>
      </w:r>
    </w:p>
    <w:tbl>
      <w:tblPr>
        <w:tblW w:type="auto" w:w="0"/>
        <w:jc w:val="center"/>
        <w:tblLayout w:type="fixed"/>
        <w:tblLook w:firstColumn="1" w:firstRow="1" w:lastColumn="0" w:lastRow="0" w:noHBand="0" w:noVBand="1" w:val="04A0"/>
      </w:tblPr>
      <w:tblGrid>
        <w:gridCol w:w="5184"/>
        <w:gridCol w:w="5184"/>
      </w:tblGrid>
      <w:tr>
        <w:tc>
          <w:tcPr>
            <w:tcW w:type="dxa" w:w="2376"/>
            <w:tcMar>
              <w:top w:w="80" w:type="dxa"/>
              <w:start w:w="120" w:type="dxa"/>
              <w:bottom w:w="80" w:type="dxa"/>
              <w:end w:w="120" w:type="dxa"/>
            </w:tcMar>
            <w:vAlign w:val="center"/>
            <w:shd w:fill="EEF4F8"/>
          </w:tcPr>
          <w:p>
            <w:r>
              <w:rPr>
                <w:b/>
              </w:rPr>
              <w:t>Full legal name</w:t>
            </w:r>
          </w:p>
        </w:tc>
        <w:tc>
          <w:tcPr>
            <w:tcW w:type="dxa" w:w="7200"/>
            <w:tcMar>
              <w:top w:w="80" w:type="dxa"/>
              <w:start w:w="120" w:type="dxa"/>
              <w:bottom w:w="80" w:type="dxa"/>
              <w:end w:w="120" w:type="dxa"/>
            </w:tcMar>
            <w:vAlign w:val="center"/>
          </w:tcPr>
          <w:p>
            <w:pPr>
              <w:pBdr>
                <w:bottom w:val="single" w:sz="6" w:space="1" w:color="7F8C8D"/>
              </w:pBdr>
              <w:spacing w:before="0" w:after="0" w:line="40" w:lineRule="exact"/>
            </w:pPr>
            <w:r/>
            <w:r>
              <w:rPr>
                <w:sz w:val="2"/>
              </w:rPr>
              <w:t xml:space="preserve"> </w:t>
            </w:r>
          </w:p>
        </w:tc>
      </w:tr>
      <w:tr>
        <w:tc>
          <w:tcPr>
            <w:tcW w:type="dxa" w:w="2376"/>
            <w:tcMar>
              <w:top w:w="80" w:type="dxa"/>
              <w:start w:w="120" w:type="dxa"/>
              <w:bottom w:w="80" w:type="dxa"/>
              <w:end w:w="120" w:type="dxa"/>
            </w:tcMar>
            <w:vAlign w:val="center"/>
            <w:shd w:fill="EEF4F8"/>
          </w:tcPr>
          <w:p>
            <w:r>
              <w:rPr>
                <w:b/>
              </w:rPr>
              <w:t>Role / ownership %</w:t>
            </w:r>
          </w:p>
        </w:tc>
        <w:tc>
          <w:tcPr>
            <w:tcW w:type="dxa" w:w="7200"/>
            <w:tcMar>
              <w:top w:w="80" w:type="dxa"/>
              <w:start w:w="120" w:type="dxa"/>
              <w:bottom w:w="80" w:type="dxa"/>
              <w:end w:w="120" w:type="dxa"/>
            </w:tcMar>
            <w:vAlign w:val="center"/>
          </w:tcPr>
          <w:p>
            <w:pPr>
              <w:pBdr>
                <w:bottom w:val="single" w:sz="6" w:space="1" w:color="7F8C8D"/>
              </w:pBdr>
              <w:spacing w:before="0" w:after="0" w:line="40" w:lineRule="exact"/>
            </w:pPr>
            <w:r/>
            <w:r>
              <w:rPr>
                <w:sz w:val="2"/>
              </w:rPr>
              <w:t xml:space="preserve"> </w:t>
            </w:r>
          </w:p>
        </w:tc>
      </w:tr>
      <w:tr>
        <w:tc>
          <w:tcPr>
            <w:tcW w:type="dxa" w:w="2376"/>
            <w:tcMar>
              <w:top w:w="80" w:type="dxa"/>
              <w:start w:w="120" w:type="dxa"/>
              <w:bottom w:w="80" w:type="dxa"/>
              <w:end w:w="120" w:type="dxa"/>
            </w:tcMar>
            <w:vAlign w:val="center"/>
            <w:shd w:fill="EEF4F8"/>
          </w:tcPr>
          <w:p>
            <w:r>
              <w:rPr>
                <w:b/>
              </w:rPr>
              <w:t>Home address</w:t>
            </w:r>
          </w:p>
        </w:tc>
        <w:tc>
          <w:tcPr>
            <w:tcW w:type="dxa" w:w="7200"/>
            <w:tcMar>
              <w:top w:w="80" w:type="dxa"/>
              <w:start w:w="120" w:type="dxa"/>
              <w:bottom w:w="80" w:type="dxa"/>
              <w:end w:w="120" w:type="dxa"/>
            </w:tcMar>
            <w:vAlign w:val="center"/>
          </w:tcPr>
          <w:p>
            <w:pPr>
              <w:pBdr>
                <w:bottom w:val="single" w:sz="6" w:space="1" w:color="7F8C8D"/>
              </w:pBdr>
              <w:spacing w:before="0" w:after="0" w:line="40" w:lineRule="exact"/>
            </w:pPr>
            <w:r/>
            <w:r>
              <w:rPr>
                <w:sz w:val="2"/>
              </w:rPr>
              <w:t xml:space="preserve"> </w:t>
            </w:r>
          </w:p>
        </w:tc>
      </w:tr>
      <w:tr>
        <w:tc>
          <w:tcPr>
            <w:tcW w:type="dxa" w:w="2376"/>
            <w:tcMar>
              <w:top w:w="80" w:type="dxa"/>
              <w:start w:w="120" w:type="dxa"/>
              <w:bottom w:w="80" w:type="dxa"/>
              <w:end w:w="120" w:type="dxa"/>
            </w:tcMar>
            <w:vAlign w:val="center"/>
            <w:shd w:fill="EEF4F8"/>
          </w:tcPr>
          <w:p>
            <w:r>
              <w:rPr>
                <w:b/>
              </w:rPr>
              <w:t>Phone / email</w:t>
            </w:r>
          </w:p>
        </w:tc>
        <w:tc>
          <w:tcPr>
            <w:tcW w:type="dxa" w:w="7200"/>
            <w:tcMar>
              <w:top w:w="80" w:type="dxa"/>
              <w:start w:w="120" w:type="dxa"/>
              <w:bottom w:w="80" w:type="dxa"/>
              <w:end w:w="120" w:type="dxa"/>
            </w:tcMar>
            <w:vAlign w:val="center"/>
          </w:tcPr>
          <w:p>
            <w:pPr>
              <w:pBdr>
                <w:bottom w:val="single" w:sz="6" w:space="1" w:color="7F8C8D"/>
              </w:pBdr>
              <w:spacing w:before="0" w:after="0" w:line="40" w:lineRule="exact"/>
            </w:pPr>
            <w:r/>
            <w:r>
              <w:rPr>
                <w:sz w:val="2"/>
              </w:rPr>
              <w:t xml:space="preserve"> </w:t>
            </w:r>
          </w:p>
        </w:tc>
      </w:tr>
      <w:tr>
        <w:tc>
          <w:tcPr>
            <w:tcW w:type="dxa" w:w="2376"/>
            <w:tcMar>
              <w:top w:w="80" w:type="dxa"/>
              <w:start w:w="120" w:type="dxa"/>
              <w:bottom w:w="80" w:type="dxa"/>
              <w:end w:w="120" w:type="dxa"/>
            </w:tcMar>
            <w:vAlign w:val="center"/>
            <w:shd w:fill="EEF4F8"/>
          </w:tcPr>
          <w:p>
            <w:r>
              <w:rPr>
                <w:b/>
              </w:rPr>
              <w:t>Date of birth</w:t>
            </w:r>
          </w:p>
        </w:tc>
        <w:tc>
          <w:tcPr>
            <w:tcW w:type="dxa" w:w="7200"/>
            <w:tcMar>
              <w:top w:w="80" w:type="dxa"/>
              <w:start w:w="120" w:type="dxa"/>
              <w:bottom w:w="80" w:type="dxa"/>
              <w:end w:w="120" w:type="dxa"/>
            </w:tcMar>
            <w:vAlign w:val="center"/>
          </w:tcPr>
          <w:p>
            <w:r>
              <w:t>________________  SSN: provide securely when requested</w:t>
            </w:r>
          </w:p>
        </w:tc>
      </w:tr>
      <w:tr>
        <w:tc>
          <w:tcPr>
            <w:tcW w:type="dxa" w:w="2376"/>
            <w:tcMar>
              <w:top w:w="80" w:type="dxa"/>
              <w:start w:w="120" w:type="dxa"/>
              <w:bottom w:w="80" w:type="dxa"/>
              <w:end w:w="120" w:type="dxa"/>
            </w:tcMar>
            <w:vAlign w:val="center"/>
            <w:shd w:fill="EEF4F8"/>
          </w:tcPr>
          <w:p>
            <w:r>
              <w:rPr>
                <w:b/>
              </w:rPr>
              <w:t>Guarantor?</w:t>
            </w:r>
          </w:p>
        </w:tc>
        <w:tc>
          <w:tcPr>
            <w:tcW w:type="dxa" w:w="7200"/>
            <w:tcMar>
              <w:top w:w="80" w:type="dxa"/>
              <w:start w:w="120" w:type="dxa"/>
              <w:bottom w:w="80" w:type="dxa"/>
              <w:end w:w="120" w:type="dxa"/>
            </w:tcMar>
            <w:vAlign w:val="center"/>
          </w:tcPr>
          <w:p>
            <w:r>
              <w:t>☐ Yes   ☐ No</w:t>
            </w:r>
          </w:p>
        </w:tc>
      </w:tr>
      <w:tr>
        <w:tc>
          <w:tcPr>
            <w:tcW w:type="dxa" w:w="2376"/>
            <w:tcMar>
              <w:top w:w="80" w:type="dxa"/>
              <w:start w:w="120" w:type="dxa"/>
              <w:bottom w:w="80" w:type="dxa"/>
              <w:end w:w="120" w:type="dxa"/>
            </w:tcMar>
            <w:vAlign w:val="center"/>
            <w:shd w:fill="EEF4F8"/>
          </w:tcPr>
          <w:p>
            <w:r>
              <w:rPr>
                <w:b/>
              </w:rPr>
              <w:t>Restaurant/business experience</w:t>
            </w:r>
          </w:p>
        </w:tc>
        <w:tc>
          <w:tcPr>
            <w:tcW w:type="dxa" w:w="7200"/>
            <w:tcMar>
              <w:top w:w="80" w:type="dxa"/>
              <w:start w:w="120" w:type="dxa"/>
              <w:bottom w:w="80" w:type="dxa"/>
              <w:end w:w="120" w:type="dxa"/>
            </w:tcMar>
            <w:vAlign w:val="center"/>
          </w:tcPr>
          <w:p>
            <w:pPr>
              <w:pBdr>
                <w:bottom w:val="single" w:sz="6" w:space="1" w:color="7F8C8D"/>
              </w:pBdr>
              <w:spacing w:before="0" w:after="0" w:line="40" w:lineRule="exact"/>
            </w:pPr>
            <w:r/>
            <w:r>
              <w:rPr>
                <w:sz w:val="2"/>
              </w:rPr>
              <w:t xml:space="preserve"> </w:t>
            </w:r>
          </w:p>
        </w:tc>
      </w:tr>
    </w:tbl>
    <w:p>
      <w:pPr>
        <w:pStyle w:val="Heading2"/>
      </w:pPr>
      <w:r>
        <w:t>Person 2</w:t>
      </w:r>
    </w:p>
    <w:tbl>
      <w:tblPr>
        <w:tblW w:type="auto" w:w="0"/>
        <w:jc w:val="center"/>
        <w:tblLayout w:type="fixed"/>
        <w:tblLook w:firstColumn="1" w:firstRow="1" w:lastColumn="0" w:lastRow="0" w:noHBand="0" w:noVBand="1" w:val="04A0"/>
      </w:tblPr>
      <w:tblGrid>
        <w:gridCol w:w="5184"/>
        <w:gridCol w:w="5184"/>
      </w:tblGrid>
      <w:tr>
        <w:tc>
          <w:tcPr>
            <w:tcW w:type="dxa" w:w="2376"/>
            <w:tcMar>
              <w:top w:w="80" w:type="dxa"/>
              <w:start w:w="120" w:type="dxa"/>
              <w:bottom w:w="80" w:type="dxa"/>
              <w:end w:w="120" w:type="dxa"/>
            </w:tcMar>
            <w:vAlign w:val="center"/>
            <w:shd w:fill="EEF4F8"/>
          </w:tcPr>
          <w:p>
            <w:r>
              <w:rPr>
                <w:b/>
              </w:rPr>
              <w:t>Full legal name</w:t>
            </w:r>
          </w:p>
        </w:tc>
        <w:tc>
          <w:tcPr>
            <w:tcW w:type="dxa" w:w="7200"/>
            <w:tcMar>
              <w:top w:w="80" w:type="dxa"/>
              <w:start w:w="120" w:type="dxa"/>
              <w:bottom w:w="80" w:type="dxa"/>
              <w:end w:w="120" w:type="dxa"/>
            </w:tcMar>
            <w:vAlign w:val="center"/>
          </w:tcPr>
          <w:p>
            <w:pPr>
              <w:pBdr>
                <w:bottom w:val="single" w:sz="6" w:space="1" w:color="7F8C8D"/>
              </w:pBdr>
              <w:spacing w:before="0" w:after="0" w:line="40" w:lineRule="exact"/>
            </w:pPr>
            <w:r/>
            <w:r>
              <w:rPr>
                <w:sz w:val="2"/>
              </w:rPr>
              <w:t xml:space="preserve"> </w:t>
            </w:r>
          </w:p>
        </w:tc>
      </w:tr>
      <w:tr>
        <w:tc>
          <w:tcPr>
            <w:tcW w:type="dxa" w:w="2376"/>
            <w:tcMar>
              <w:top w:w="80" w:type="dxa"/>
              <w:start w:w="120" w:type="dxa"/>
              <w:bottom w:w="80" w:type="dxa"/>
              <w:end w:w="120" w:type="dxa"/>
            </w:tcMar>
            <w:vAlign w:val="center"/>
            <w:shd w:fill="EEF4F8"/>
          </w:tcPr>
          <w:p>
            <w:r>
              <w:rPr>
                <w:b/>
              </w:rPr>
              <w:t>Role / ownership %</w:t>
            </w:r>
          </w:p>
        </w:tc>
        <w:tc>
          <w:tcPr>
            <w:tcW w:type="dxa" w:w="7200"/>
            <w:tcMar>
              <w:top w:w="80" w:type="dxa"/>
              <w:start w:w="120" w:type="dxa"/>
              <w:bottom w:w="80" w:type="dxa"/>
              <w:end w:w="120" w:type="dxa"/>
            </w:tcMar>
            <w:vAlign w:val="center"/>
          </w:tcPr>
          <w:p>
            <w:pPr>
              <w:pBdr>
                <w:bottom w:val="single" w:sz="6" w:space="1" w:color="7F8C8D"/>
              </w:pBdr>
              <w:spacing w:before="0" w:after="0" w:line="40" w:lineRule="exact"/>
            </w:pPr>
            <w:r/>
            <w:r>
              <w:rPr>
                <w:sz w:val="2"/>
              </w:rPr>
              <w:t xml:space="preserve"> </w:t>
            </w:r>
          </w:p>
        </w:tc>
      </w:tr>
      <w:tr>
        <w:tc>
          <w:tcPr>
            <w:tcW w:type="dxa" w:w="2376"/>
            <w:tcMar>
              <w:top w:w="80" w:type="dxa"/>
              <w:start w:w="120" w:type="dxa"/>
              <w:bottom w:w="80" w:type="dxa"/>
              <w:end w:w="120" w:type="dxa"/>
            </w:tcMar>
            <w:vAlign w:val="center"/>
            <w:shd w:fill="EEF4F8"/>
          </w:tcPr>
          <w:p>
            <w:r>
              <w:rPr>
                <w:b/>
              </w:rPr>
              <w:t>Home address</w:t>
            </w:r>
          </w:p>
        </w:tc>
        <w:tc>
          <w:tcPr>
            <w:tcW w:type="dxa" w:w="7200"/>
            <w:tcMar>
              <w:top w:w="80" w:type="dxa"/>
              <w:start w:w="120" w:type="dxa"/>
              <w:bottom w:w="80" w:type="dxa"/>
              <w:end w:w="120" w:type="dxa"/>
            </w:tcMar>
            <w:vAlign w:val="center"/>
          </w:tcPr>
          <w:p>
            <w:pPr>
              <w:pBdr>
                <w:bottom w:val="single" w:sz="6" w:space="1" w:color="7F8C8D"/>
              </w:pBdr>
              <w:spacing w:before="0" w:after="0" w:line="40" w:lineRule="exact"/>
            </w:pPr>
            <w:r/>
            <w:r>
              <w:rPr>
                <w:sz w:val="2"/>
              </w:rPr>
              <w:t xml:space="preserve"> </w:t>
            </w:r>
          </w:p>
        </w:tc>
      </w:tr>
      <w:tr>
        <w:tc>
          <w:tcPr>
            <w:tcW w:type="dxa" w:w="2376"/>
            <w:tcMar>
              <w:top w:w="80" w:type="dxa"/>
              <w:start w:w="120" w:type="dxa"/>
              <w:bottom w:w="80" w:type="dxa"/>
              <w:end w:w="120" w:type="dxa"/>
            </w:tcMar>
            <w:vAlign w:val="center"/>
            <w:shd w:fill="EEF4F8"/>
          </w:tcPr>
          <w:p>
            <w:r>
              <w:rPr>
                <w:b/>
              </w:rPr>
              <w:t>Phone / email</w:t>
            </w:r>
          </w:p>
        </w:tc>
        <w:tc>
          <w:tcPr>
            <w:tcW w:type="dxa" w:w="7200"/>
            <w:tcMar>
              <w:top w:w="80" w:type="dxa"/>
              <w:start w:w="120" w:type="dxa"/>
              <w:bottom w:w="80" w:type="dxa"/>
              <w:end w:w="120" w:type="dxa"/>
            </w:tcMar>
            <w:vAlign w:val="center"/>
          </w:tcPr>
          <w:p>
            <w:pPr>
              <w:pBdr>
                <w:bottom w:val="single" w:sz="6" w:space="1" w:color="7F8C8D"/>
              </w:pBdr>
              <w:spacing w:before="0" w:after="0" w:line="40" w:lineRule="exact"/>
            </w:pPr>
            <w:r/>
            <w:r>
              <w:rPr>
                <w:sz w:val="2"/>
              </w:rPr>
              <w:t xml:space="preserve"> </w:t>
            </w:r>
          </w:p>
        </w:tc>
      </w:tr>
      <w:tr>
        <w:tc>
          <w:tcPr>
            <w:tcW w:type="dxa" w:w="2376"/>
            <w:tcMar>
              <w:top w:w="80" w:type="dxa"/>
              <w:start w:w="120" w:type="dxa"/>
              <w:bottom w:w="80" w:type="dxa"/>
              <w:end w:w="120" w:type="dxa"/>
            </w:tcMar>
            <w:vAlign w:val="center"/>
            <w:shd w:fill="EEF4F8"/>
          </w:tcPr>
          <w:p>
            <w:r>
              <w:rPr>
                <w:b/>
              </w:rPr>
              <w:t>Date of birth</w:t>
            </w:r>
          </w:p>
        </w:tc>
        <w:tc>
          <w:tcPr>
            <w:tcW w:type="dxa" w:w="7200"/>
            <w:tcMar>
              <w:top w:w="80" w:type="dxa"/>
              <w:start w:w="120" w:type="dxa"/>
              <w:bottom w:w="80" w:type="dxa"/>
              <w:end w:w="120" w:type="dxa"/>
            </w:tcMar>
            <w:vAlign w:val="center"/>
          </w:tcPr>
          <w:p>
            <w:r>
              <w:t>________________  SSN: provide securely when requested</w:t>
            </w:r>
          </w:p>
        </w:tc>
      </w:tr>
      <w:tr>
        <w:tc>
          <w:tcPr>
            <w:tcW w:type="dxa" w:w="2376"/>
            <w:tcMar>
              <w:top w:w="80" w:type="dxa"/>
              <w:start w:w="120" w:type="dxa"/>
              <w:bottom w:w="80" w:type="dxa"/>
              <w:end w:w="120" w:type="dxa"/>
            </w:tcMar>
            <w:vAlign w:val="center"/>
            <w:shd w:fill="EEF4F8"/>
          </w:tcPr>
          <w:p>
            <w:r>
              <w:rPr>
                <w:b/>
              </w:rPr>
              <w:t>Guarantor?</w:t>
            </w:r>
          </w:p>
        </w:tc>
        <w:tc>
          <w:tcPr>
            <w:tcW w:type="dxa" w:w="7200"/>
            <w:tcMar>
              <w:top w:w="80" w:type="dxa"/>
              <w:start w:w="120" w:type="dxa"/>
              <w:bottom w:w="80" w:type="dxa"/>
              <w:end w:w="120" w:type="dxa"/>
            </w:tcMar>
            <w:vAlign w:val="center"/>
          </w:tcPr>
          <w:p>
            <w:r>
              <w:t>☐ Yes   ☐ No</w:t>
            </w:r>
          </w:p>
        </w:tc>
      </w:tr>
      <w:tr>
        <w:tc>
          <w:tcPr>
            <w:tcW w:type="dxa" w:w="2376"/>
            <w:tcMar>
              <w:top w:w="80" w:type="dxa"/>
              <w:start w:w="120" w:type="dxa"/>
              <w:bottom w:w="80" w:type="dxa"/>
              <w:end w:w="120" w:type="dxa"/>
            </w:tcMar>
            <w:vAlign w:val="center"/>
            <w:shd w:fill="EEF4F8"/>
          </w:tcPr>
          <w:p>
            <w:r>
              <w:rPr>
                <w:b/>
              </w:rPr>
              <w:t>Restaurant/business experience</w:t>
            </w:r>
          </w:p>
        </w:tc>
        <w:tc>
          <w:tcPr>
            <w:tcW w:type="dxa" w:w="7200"/>
            <w:tcMar>
              <w:top w:w="80" w:type="dxa"/>
              <w:start w:w="120" w:type="dxa"/>
              <w:bottom w:w="80" w:type="dxa"/>
              <w:end w:w="120" w:type="dxa"/>
            </w:tcMar>
            <w:vAlign w:val="center"/>
          </w:tcPr>
          <w:p>
            <w:pPr>
              <w:pBdr>
                <w:bottom w:val="single" w:sz="6" w:space="1" w:color="7F8C8D"/>
              </w:pBdr>
              <w:spacing w:before="0" w:after="0" w:line="40" w:lineRule="exact"/>
            </w:pPr>
            <w:r/>
            <w:r>
              <w:rPr>
                <w:sz w:val="2"/>
              </w:rPr>
              <w:t xml:space="preserve"> </w:t>
            </w:r>
          </w:p>
        </w:tc>
      </w:tr>
    </w:tbl>
    <w:p>
      <w:pPr>
        <w:pStyle w:val="Heading2"/>
      </w:pPr>
      <w:r>
        <w:t>Person 3</w:t>
      </w:r>
    </w:p>
    <w:tbl>
      <w:tblPr>
        <w:tblW w:type="auto" w:w="0"/>
        <w:jc w:val="center"/>
        <w:tblLayout w:type="fixed"/>
        <w:tblLook w:firstColumn="1" w:firstRow="1" w:lastColumn="0" w:lastRow="0" w:noHBand="0" w:noVBand="1" w:val="04A0"/>
      </w:tblPr>
      <w:tblGrid>
        <w:gridCol w:w="5184"/>
        <w:gridCol w:w="5184"/>
      </w:tblGrid>
      <w:tr>
        <w:tc>
          <w:tcPr>
            <w:tcW w:type="dxa" w:w="2376"/>
            <w:tcMar>
              <w:top w:w="80" w:type="dxa"/>
              <w:start w:w="120" w:type="dxa"/>
              <w:bottom w:w="80" w:type="dxa"/>
              <w:end w:w="120" w:type="dxa"/>
            </w:tcMar>
            <w:vAlign w:val="center"/>
            <w:shd w:fill="EEF4F8"/>
          </w:tcPr>
          <w:p>
            <w:r>
              <w:rPr>
                <w:b/>
              </w:rPr>
              <w:t>Full legal name</w:t>
            </w:r>
          </w:p>
        </w:tc>
        <w:tc>
          <w:tcPr>
            <w:tcW w:type="dxa" w:w="7200"/>
            <w:tcMar>
              <w:top w:w="80" w:type="dxa"/>
              <w:start w:w="120" w:type="dxa"/>
              <w:bottom w:w="80" w:type="dxa"/>
              <w:end w:w="120" w:type="dxa"/>
            </w:tcMar>
            <w:vAlign w:val="center"/>
          </w:tcPr>
          <w:p>
            <w:pPr>
              <w:pBdr>
                <w:bottom w:val="single" w:sz="6" w:space="1" w:color="7F8C8D"/>
              </w:pBdr>
              <w:spacing w:before="0" w:after="0" w:line="40" w:lineRule="exact"/>
            </w:pPr>
            <w:r/>
            <w:r>
              <w:rPr>
                <w:sz w:val="2"/>
              </w:rPr>
              <w:t xml:space="preserve"> </w:t>
            </w:r>
          </w:p>
        </w:tc>
      </w:tr>
      <w:tr>
        <w:tc>
          <w:tcPr>
            <w:tcW w:type="dxa" w:w="2376"/>
            <w:tcMar>
              <w:top w:w="80" w:type="dxa"/>
              <w:start w:w="120" w:type="dxa"/>
              <w:bottom w:w="80" w:type="dxa"/>
              <w:end w:w="120" w:type="dxa"/>
            </w:tcMar>
            <w:vAlign w:val="center"/>
            <w:shd w:fill="EEF4F8"/>
          </w:tcPr>
          <w:p>
            <w:r>
              <w:rPr>
                <w:b/>
              </w:rPr>
              <w:t>Role / ownership %</w:t>
            </w:r>
          </w:p>
        </w:tc>
        <w:tc>
          <w:tcPr>
            <w:tcW w:type="dxa" w:w="7200"/>
            <w:tcMar>
              <w:top w:w="80" w:type="dxa"/>
              <w:start w:w="120" w:type="dxa"/>
              <w:bottom w:w="80" w:type="dxa"/>
              <w:end w:w="120" w:type="dxa"/>
            </w:tcMar>
            <w:vAlign w:val="center"/>
          </w:tcPr>
          <w:p>
            <w:pPr>
              <w:pBdr>
                <w:bottom w:val="single" w:sz="6" w:space="1" w:color="7F8C8D"/>
              </w:pBdr>
              <w:spacing w:before="0" w:after="0" w:line="40" w:lineRule="exact"/>
            </w:pPr>
            <w:r/>
            <w:r>
              <w:rPr>
                <w:sz w:val="2"/>
              </w:rPr>
              <w:t xml:space="preserve"> </w:t>
            </w:r>
          </w:p>
        </w:tc>
      </w:tr>
      <w:tr>
        <w:tc>
          <w:tcPr>
            <w:tcW w:type="dxa" w:w="2376"/>
            <w:tcMar>
              <w:top w:w="80" w:type="dxa"/>
              <w:start w:w="120" w:type="dxa"/>
              <w:bottom w:w="80" w:type="dxa"/>
              <w:end w:w="120" w:type="dxa"/>
            </w:tcMar>
            <w:vAlign w:val="center"/>
            <w:shd w:fill="EEF4F8"/>
          </w:tcPr>
          <w:p>
            <w:r>
              <w:rPr>
                <w:b/>
              </w:rPr>
              <w:t>Home address</w:t>
            </w:r>
          </w:p>
        </w:tc>
        <w:tc>
          <w:tcPr>
            <w:tcW w:type="dxa" w:w="7200"/>
            <w:tcMar>
              <w:top w:w="80" w:type="dxa"/>
              <w:start w:w="120" w:type="dxa"/>
              <w:bottom w:w="80" w:type="dxa"/>
              <w:end w:w="120" w:type="dxa"/>
            </w:tcMar>
            <w:vAlign w:val="center"/>
          </w:tcPr>
          <w:p>
            <w:pPr>
              <w:pBdr>
                <w:bottom w:val="single" w:sz="6" w:space="1" w:color="7F8C8D"/>
              </w:pBdr>
              <w:spacing w:before="0" w:after="0" w:line="40" w:lineRule="exact"/>
            </w:pPr>
            <w:r/>
            <w:r>
              <w:rPr>
                <w:sz w:val="2"/>
              </w:rPr>
              <w:t xml:space="preserve"> </w:t>
            </w:r>
          </w:p>
        </w:tc>
      </w:tr>
      <w:tr>
        <w:tc>
          <w:tcPr>
            <w:tcW w:type="dxa" w:w="2376"/>
            <w:tcMar>
              <w:top w:w="80" w:type="dxa"/>
              <w:start w:w="120" w:type="dxa"/>
              <w:bottom w:w="80" w:type="dxa"/>
              <w:end w:w="120" w:type="dxa"/>
            </w:tcMar>
            <w:vAlign w:val="center"/>
            <w:shd w:fill="EEF4F8"/>
          </w:tcPr>
          <w:p>
            <w:r>
              <w:rPr>
                <w:b/>
              </w:rPr>
              <w:t>Phone / email</w:t>
            </w:r>
          </w:p>
        </w:tc>
        <w:tc>
          <w:tcPr>
            <w:tcW w:type="dxa" w:w="7200"/>
            <w:tcMar>
              <w:top w:w="80" w:type="dxa"/>
              <w:start w:w="120" w:type="dxa"/>
              <w:bottom w:w="80" w:type="dxa"/>
              <w:end w:w="120" w:type="dxa"/>
            </w:tcMar>
            <w:vAlign w:val="center"/>
          </w:tcPr>
          <w:p>
            <w:pPr>
              <w:pBdr>
                <w:bottom w:val="single" w:sz="6" w:space="1" w:color="7F8C8D"/>
              </w:pBdr>
              <w:spacing w:before="0" w:after="0" w:line="40" w:lineRule="exact"/>
            </w:pPr>
            <w:r/>
            <w:r>
              <w:rPr>
                <w:sz w:val="2"/>
              </w:rPr>
              <w:t xml:space="preserve"> </w:t>
            </w:r>
          </w:p>
        </w:tc>
      </w:tr>
      <w:tr>
        <w:tc>
          <w:tcPr>
            <w:tcW w:type="dxa" w:w="2376"/>
            <w:tcMar>
              <w:top w:w="80" w:type="dxa"/>
              <w:start w:w="120" w:type="dxa"/>
              <w:bottom w:w="80" w:type="dxa"/>
              <w:end w:w="120" w:type="dxa"/>
            </w:tcMar>
            <w:vAlign w:val="center"/>
            <w:shd w:fill="EEF4F8"/>
          </w:tcPr>
          <w:p>
            <w:r>
              <w:rPr>
                <w:b/>
              </w:rPr>
              <w:t>Date of birth</w:t>
            </w:r>
          </w:p>
        </w:tc>
        <w:tc>
          <w:tcPr>
            <w:tcW w:type="dxa" w:w="7200"/>
            <w:tcMar>
              <w:top w:w="80" w:type="dxa"/>
              <w:start w:w="120" w:type="dxa"/>
              <w:bottom w:w="80" w:type="dxa"/>
              <w:end w:w="120" w:type="dxa"/>
            </w:tcMar>
            <w:vAlign w:val="center"/>
          </w:tcPr>
          <w:p>
            <w:r>
              <w:t>________________  SSN: provide securely when requested</w:t>
            </w:r>
          </w:p>
        </w:tc>
      </w:tr>
      <w:tr>
        <w:tc>
          <w:tcPr>
            <w:tcW w:type="dxa" w:w="2376"/>
            <w:tcMar>
              <w:top w:w="80" w:type="dxa"/>
              <w:start w:w="120" w:type="dxa"/>
              <w:bottom w:w="80" w:type="dxa"/>
              <w:end w:w="120" w:type="dxa"/>
            </w:tcMar>
            <w:vAlign w:val="center"/>
            <w:shd w:fill="EEF4F8"/>
          </w:tcPr>
          <w:p>
            <w:r>
              <w:rPr>
                <w:b/>
              </w:rPr>
              <w:t>Guarantor?</w:t>
            </w:r>
          </w:p>
        </w:tc>
        <w:tc>
          <w:tcPr>
            <w:tcW w:type="dxa" w:w="7200"/>
            <w:tcMar>
              <w:top w:w="80" w:type="dxa"/>
              <w:start w:w="120" w:type="dxa"/>
              <w:bottom w:w="80" w:type="dxa"/>
              <w:end w:w="120" w:type="dxa"/>
            </w:tcMar>
            <w:vAlign w:val="center"/>
          </w:tcPr>
          <w:p>
            <w:r>
              <w:t>☐ Yes   ☐ No</w:t>
            </w:r>
          </w:p>
        </w:tc>
      </w:tr>
      <w:tr>
        <w:tc>
          <w:tcPr>
            <w:tcW w:type="dxa" w:w="2376"/>
            <w:tcMar>
              <w:top w:w="80" w:type="dxa"/>
              <w:start w:w="120" w:type="dxa"/>
              <w:bottom w:w="80" w:type="dxa"/>
              <w:end w:w="120" w:type="dxa"/>
            </w:tcMar>
            <w:vAlign w:val="center"/>
            <w:shd w:fill="EEF4F8"/>
          </w:tcPr>
          <w:p>
            <w:r>
              <w:rPr>
                <w:b/>
              </w:rPr>
              <w:t>Restaurant/business experience</w:t>
            </w:r>
          </w:p>
        </w:tc>
        <w:tc>
          <w:tcPr>
            <w:tcW w:type="dxa" w:w="7200"/>
            <w:tcMar>
              <w:top w:w="80" w:type="dxa"/>
              <w:start w:w="120" w:type="dxa"/>
              <w:bottom w:w="80" w:type="dxa"/>
              <w:end w:w="120" w:type="dxa"/>
            </w:tcMar>
            <w:vAlign w:val="center"/>
          </w:tcPr>
          <w:p>
            <w:pPr>
              <w:pBdr>
                <w:bottom w:val="single" w:sz="6" w:space="1" w:color="7F8C8D"/>
              </w:pBdr>
              <w:spacing w:before="0" w:after="0" w:line="40" w:lineRule="exact"/>
            </w:pPr>
            <w:r/>
            <w:r>
              <w:rPr>
                <w:sz w:val="2"/>
              </w:rPr>
              <w:t xml:space="preserve"> </w:t>
            </w:r>
          </w:p>
        </w:tc>
      </w:tr>
    </w:tbl>
    <w:p>
      <w:r>
        <w:br w:type="page"/>
      </w:r>
    </w:p>
    <w:p>
      <w:pPr>
        <w:pStyle w:val="Heading1"/>
        <w:shd w:fill="D9EAF7"/>
      </w:pPr>
      <w:r>
        <w:t>5. Business history and references</w:t>
      </w:r>
    </w:p>
    <w:tbl>
      <w:tblPr>
        <w:tblW w:type="auto" w:w="0"/>
        <w:jc w:val="center"/>
        <w:tblLayout w:type="fixed"/>
        <w:tblLook w:firstColumn="1" w:firstRow="1" w:lastColumn="0" w:lastRow="0" w:noHBand="0" w:noVBand="1" w:val="04A0"/>
      </w:tblPr>
      <w:tblGrid>
        <w:gridCol w:w="5184"/>
        <w:gridCol w:w="5184"/>
      </w:tblGrid>
      <w:tr>
        <w:tc>
          <w:tcPr>
            <w:tcW w:type="dxa" w:w="2376"/>
            <w:tcMar>
              <w:top w:w="80" w:type="dxa"/>
              <w:start w:w="120" w:type="dxa"/>
              <w:bottom w:w="80" w:type="dxa"/>
              <w:end w:w="120" w:type="dxa"/>
            </w:tcMar>
            <w:vAlign w:val="center"/>
            <w:shd w:fill="EEF4F8"/>
          </w:tcPr>
          <w:p>
            <w:r>
              <w:rPr>
                <w:b/>
              </w:rPr>
              <w:t>Prior/current landlord</w:t>
            </w:r>
          </w:p>
        </w:tc>
        <w:tc>
          <w:tcPr>
            <w:tcW w:type="dxa" w:w="7200"/>
            <w:tcMar>
              <w:top w:w="80" w:type="dxa"/>
              <w:start w:w="120" w:type="dxa"/>
              <w:bottom w:w="80" w:type="dxa"/>
              <w:end w:w="120" w:type="dxa"/>
            </w:tcMar>
            <w:vAlign w:val="center"/>
          </w:tcPr>
          <w:p>
            <w:pPr>
              <w:pBdr>
                <w:bottom w:val="single" w:sz="6" w:space="1" w:color="7F8C8D"/>
              </w:pBdr>
              <w:spacing w:before="0" w:after="0" w:line="40" w:lineRule="exact"/>
            </w:pPr>
            <w:r/>
            <w:r>
              <w:rPr>
                <w:sz w:val="2"/>
              </w:rPr>
              <w:t xml:space="preserve"> </w:t>
            </w:r>
          </w:p>
        </w:tc>
      </w:tr>
      <w:tr>
        <w:tc>
          <w:tcPr>
            <w:tcW w:type="dxa" w:w="2376"/>
            <w:tcMar>
              <w:top w:w="80" w:type="dxa"/>
              <w:start w:w="120" w:type="dxa"/>
              <w:bottom w:w="80" w:type="dxa"/>
              <w:end w:w="120" w:type="dxa"/>
            </w:tcMar>
            <w:vAlign w:val="center"/>
            <w:shd w:fill="EEF4F8"/>
          </w:tcPr>
          <w:p>
            <w:r>
              <w:rPr>
                <w:b/>
              </w:rPr>
              <w:t>Landlord phone / email</w:t>
            </w:r>
          </w:p>
        </w:tc>
        <w:tc>
          <w:tcPr>
            <w:tcW w:type="dxa" w:w="7200"/>
            <w:tcMar>
              <w:top w:w="80" w:type="dxa"/>
              <w:start w:w="120" w:type="dxa"/>
              <w:bottom w:w="80" w:type="dxa"/>
              <w:end w:w="120" w:type="dxa"/>
            </w:tcMar>
            <w:vAlign w:val="center"/>
          </w:tcPr>
          <w:p>
            <w:pPr>
              <w:pBdr>
                <w:bottom w:val="single" w:sz="6" w:space="1" w:color="7F8C8D"/>
              </w:pBdr>
              <w:spacing w:before="0" w:after="0" w:line="40" w:lineRule="exact"/>
            </w:pPr>
            <w:r/>
            <w:r>
              <w:rPr>
                <w:sz w:val="2"/>
              </w:rPr>
              <w:t xml:space="preserve"> </w:t>
            </w:r>
          </w:p>
        </w:tc>
      </w:tr>
      <w:tr>
        <w:tc>
          <w:tcPr>
            <w:tcW w:type="dxa" w:w="2376"/>
            <w:tcMar>
              <w:top w:w="80" w:type="dxa"/>
              <w:start w:w="120" w:type="dxa"/>
              <w:bottom w:w="80" w:type="dxa"/>
              <w:end w:w="120" w:type="dxa"/>
            </w:tcMar>
            <w:vAlign w:val="center"/>
            <w:shd w:fill="EEF4F8"/>
          </w:tcPr>
          <w:p>
            <w:r>
              <w:rPr>
                <w:b/>
              </w:rPr>
              <w:t>Premises / dates occupied</w:t>
            </w:r>
          </w:p>
        </w:tc>
        <w:tc>
          <w:tcPr>
            <w:tcW w:type="dxa" w:w="7200"/>
            <w:tcMar>
              <w:top w:w="80" w:type="dxa"/>
              <w:start w:w="120" w:type="dxa"/>
              <w:bottom w:w="80" w:type="dxa"/>
              <w:end w:w="120" w:type="dxa"/>
            </w:tcMar>
            <w:vAlign w:val="center"/>
          </w:tcPr>
          <w:p>
            <w:pPr>
              <w:pBdr>
                <w:bottom w:val="single" w:sz="6" w:space="1" w:color="7F8C8D"/>
              </w:pBdr>
              <w:spacing w:before="0" w:after="0" w:line="40" w:lineRule="exact"/>
            </w:pPr>
            <w:r/>
            <w:r>
              <w:rPr>
                <w:sz w:val="2"/>
              </w:rPr>
              <w:t xml:space="preserve"> </w:t>
            </w:r>
          </w:p>
        </w:tc>
      </w:tr>
      <w:tr>
        <w:tc>
          <w:tcPr>
            <w:tcW w:type="dxa" w:w="2376"/>
            <w:tcMar>
              <w:top w:w="80" w:type="dxa"/>
              <w:start w:w="120" w:type="dxa"/>
              <w:bottom w:w="80" w:type="dxa"/>
              <w:end w:w="120" w:type="dxa"/>
            </w:tcMar>
            <w:vAlign w:val="center"/>
            <w:shd w:fill="EEF4F8"/>
          </w:tcPr>
          <w:p>
            <w:r>
              <w:rPr>
                <w:b/>
              </w:rPr>
              <w:t>Monthly rent</w:t>
            </w:r>
          </w:p>
        </w:tc>
        <w:tc>
          <w:tcPr>
            <w:tcW w:type="dxa" w:w="7200"/>
            <w:tcMar>
              <w:top w:w="80" w:type="dxa"/>
              <w:start w:w="120" w:type="dxa"/>
              <w:bottom w:w="80" w:type="dxa"/>
              <w:end w:w="120" w:type="dxa"/>
            </w:tcMar>
            <w:vAlign w:val="center"/>
          </w:tcPr>
          <w:p>
            <w:pPr>
              <w:pBdr>
                <w:bottom w:val="single" w:sz="6" w:space="1" w:color="7F8C8D"/>
              </w:pBdr>
              <w:spacing w:before="0" w:after="0" w:line="40" w:lineRule="exact"/>
            </w:pPr>
            <w:r/>
            <w:r>
              <w:rPr>
                <w:sz w:val="2"/>
              </w:rPr>
              <w:t xml:space="preserve"> </w:t>
            </w:r>
          </w:p>
        </w:tc>
      </w:tr>
      <w:tr>
        <w:tc>
          <w:tcPr>
            <w:tcW w:type="dxa" w:w="2376"/>
            <w:tcMar>
              <w:top w:w="80" w:type="dxa"/>
              <w:start w:w="120" w:type="dxa"/>
              <w:bottom w:w="80" w:type="dxa"/>
              <w:end w:w="120" w:type="dxa"/>
            </w:tcMar>
            <w:vAlign w:val="center"/>
            <w:shd w:fill="EEF4F8"/>
          </w:tcPr>
          <w:p>
            <w:r>
              <w:rPr>
                <w:b/>
              </w:rPr>
              <w:t>Reason for leaving</w:t>
            </w:r>
          </w:p>
        </w:tc>
        <w:tc>
          <w:tcPr>
            <w:tcW w:type="dxa" w:w="7200"/>
            <w:tcMar>
              <w:top w:w="80" w:type="dxa"/>
              <w:start w:w="120" w:type="dxa"/>
              <w:bottom w:w="80" w:type="dxa"/>
              <w:end w:w="120" w:type="dxa"/>
            </w:tcMar>
            <w:vAlign w:val="center"/>
          </w:tcPr>
          <w:p>
            <w:pPr>
              <w:pBdr>
                <w:bottom w:val="single" w:sz="6" w:space="1" w:color="7F8C8D"/>
              </w:pBdr>
              <w:spacing w:before="0" w:after="0" w:line="40" w:lineRule="exact"/>
            </w:pPr>
            <w:r/>
            <w:r>
              <w:rPr>
                <w:sz w:val="2"/>
              </w:rPr>
              <w:t xml:space="preserve"> </w:t>
            </w:r>
          </w:p>
        </w:tc>
      </w:tr>
      <w:tr>
        <w:tc>
          <w:tcPr>
            <w:tcW w:type="dxa" w:w="2376"/>
            <w:tcMar>
              <w:top w:w="80" w:type="dxa"/>
              <w:start w:w="120" w:type="dxa"/>
              <w:bottom w:w="80" w:type="dxa"/>
              <w:end w:w="120" w:type="dxa"/>
            </w:tcMar>
            <w:vAlign w:val="center"/>
            <w:shd w:fill="EEF4F8"/>
          </w:tcPr>
          <w:p>
            <w:r>
              <w:rPr>
                <w:b/>
              </w:rPr>
              <w:t>Bank / lender / contact</w:t>
            </w:r>
          </w:p>
        </w:tc>
        <w:tc>
          <w:tcPr>
            <w:tcW w:type="dxa" w:w="7200"/>
            <w:tcMar>
              <w:top w:w="80" w:type="dxa"/>
              <w:start w:w="120" w:type="dxa"/>
              <w:bottom w:w="80" w:type="dxa"/>
              <w:end w:w="120" w:type="dxa"/>
            </w:tcMar>
            <w:vAlign w:val="center"/>
          </w:tcPr>
          <w:p>
            <w:pPr>
              <w:pBdr>
                <w:bottom w:val="single" w:sz="6" w:space="1" w:color="7F8C8D"/>
              </w:pBdr>
              <w:spacing w:before="0" w:after="0" w:line="40" w:lineRule="exact"/>
            </w:pPr>
            <w:r/>
            <w:r>
              <w:rPr>
                <w:sz w:val="2"/>
              </w:rPr>
              <w:t xml:space="preserve"> </w:t>
            </w:r>
          </w:p>
        </w:tc>
      </w:tr>
      <w:tr>
        <w:tc>
          <w:tcPr>
            <w:tcW w:type="dxa" w:w="2376"/>
            <w:tcMar>
              <w:top w:w="80" w:type="dxa"/>
              <w:start w:w="120" w:type="dxa"/>
              <w:bottom w:w="80" w:type="dxa"/>
              <w:end w:w="120" w:type="dxa"/>
            </w:tcMar>
            <w:vAlign w:val="center"/>
            <w:shd w:fill="EEF4F8"/>
          </w:tcPr>
          <w:p>
            <w:r>
              <w:rPr>
                <w:b/>
              </w:rPr>
              <w:t>Accountant / bookkeeper</w:t>
            </w:r>
          </w:p>
        </w:tc>
        <w:tc>
          <w:tcPr>
            <w:tcW w:type="dxa" w:w="7200"/>
            <w:tcMar>
              <w:top w:w="80" w:type="dxa"/>
              <w:start w:w="120" w:type="dxa"/>
              <w:bottom w:w="80" w:type="dxa"/>
              <w:end w:w="120" w:type="dxa"/>
            </w:tcMar>
            <w:vAlign w:val="center"/>
          </w:tcPr>
          <w:p>
            <w:pPr>
              <w:pBdr>
                <w:bottom w:val="single" w:sz="6" w:space="1" w:color="7F8C8D"/>
              </w:pBdr>
              <w:spacing w:before="0" w:after="0" w:line="40" w:lineRule="exact"/>
            </w:pPr>
            <w:r/>
            <w:r>
              <w:rPr>
                <w:sz w:val="2"/>
              </w:rPr>
              <w:t xml:space="preserve"> </w:t>
            </w:r>
          </w:p>
        </w:tc>
      </w:tr>
      <w:tr>
        <w:tc>
          <w:tcPr>
            <w:tcW w:type="dxa" w:w="2376"/>
            <w:tcMar>
              <w:top w:w="80" w:type="dxa"/>
              <w:start w:w="120" w:type="dxa"/>
              <w:bottom w:w="80" w:type="dxa"/>
              <w:end w:w="120" w:type="dxa"/>
            </w:tcMar>
            <w:vAlign w:val="center"/>
            <w:shd w:fill="EEF4F8"/>
          </w:tcPr>
          <w:p>
            <w:r>
              <w:rPr>
                <w:b/>
              </w:rPr>
              <w:t>Supplier or trade reference</w:t>
            </w:r>
          </w:p>
        </w:tc>
        <w:tc>
          <w:tcPr>
            <w:tcW w:type="dxa" w:w="7200"/>
            <w:tcMar>
              <w:top w:w="80" w:type="dxa"/>
              <w:start w:w="120" w:type="dxa"/>
              <w:bottom w:w="80" w:type="dxa"/>
              <w:end w:w="120" w:type="dxa"/>
            </w:tcMar>
            <w:vAlign w:val="center"/>
          </w:tcPr>
          <w:p>
            <w:pPr>
              <w:pBdr>
                <w:bottom w:val="single" w:sz="6" w:space="1" w:color="7F8C8D"/>
              </w:pBdr>
              <w:spacing w:before="0" w:after="0" w:line="40" w:lineRule="exact"/>
            </w:pPr>
            <w:r/>
            <w:r>
              <w:rPr>
                <w:sz w:val="2"/>
              </w:rPr>
              <w:t xml:space="preserve"> </w:t>
            </w:r>
          </w:p>
        </w:tc>
      </w:tr>
    </w:tbl>
    <w:p>
      <w:pPr>
        <w:pStyle w:val="Heading1"/>
        <w:shd w:fill="D9EAF7"/>
      </w:pPr>
      <w:r>
        <w:t>6. Funding and financial information</w:t>
      </w:r>
    </w:p>
    <w:tbl>
      <w:tblPr>
        <w:tblW w:type="auto" w:w="0"/>
        <w:jc w:val="center"/>
        <w:tblLayout w:type="fixed"/>
        <w:tblLook w:firstColumn="1" w:firstRow="1" w:lastColumn="0" w:lastRow="0" w:noHBand="0" w:noVBand="1" w:val="04A0"/>
      </w:tblPr>
      <w:tblGrid>
        <w:gridCol w:w="5184"/>
        <w:gridCol w:w="5184"/>
      </w:tblGrid>
      <w:tr>
        <w:tc>
          <w:tcPr>
            <w:tcW w:type="dxa" w:w="2376"/>
            <w:tcMar>
              <w:top w:w="80" w:type="dxa"/>
              <w:start w:w="120" w:type="dxa"/>
              <w:bottom w:w="80" w:type="dxa"/>
              <w:end w:w="120" w:type="dxa"/>
            </w:tcMar>
            <w:vAlign w:val="center"/>
            <w:shd w:fill="EEF4F8"/>
          </w:tcPr>
          <w:p>
            <w:r>
              <w:rPr>
                <w:b/>
              </w:rPr>
              <w:t>Total startup cost</w:t>
            </w:r>
          </w:p>
        </w:tc>
        <w:tc>
          <w:tcPr>
            <w:tcW w:type="dxa" w:w="7200"/>
            <w:tcMar>
              <w:top w:w="80" w:type="dxa"/>
              <w:start w:w="120" w:type="dxa"/>
              <w:bottom w:w="80" w:type="dxa"/>
              <w:end w:w="120" w:type="dxa"/>
            </w:tcMar>
            <w:vAlign w:val="center"/>
          </w:tcPr>
          <w:p>
            <w:pPr>
              <w:pBdr>
                <w:bottom w:val="single" w:sz="6" w:space="1" w:color="7F8C8D"/>
              </w:pBdr>
              <w:spacing w:before="0" w:after="0" w:line="40" w:lineRule="exact"/>
            </w:pPr>
            <w:r/>
            <w:r>
              <w:rPr>
                <w:sz w:val="2"/>
              </w:rPr>
              <w:t xml:space="preserve"> </w:t>
            </w:r>
          </w:p>
        </w:tc>
      </w:tr>
      <w:tr>
        <w:tc>
          <w:tcPr>
            <w:tcW w:type="dxa" w:w="2376"/>
            <w:tcMar>
              <w:top w:w="80" w:type="dxa"/>
              <w:start w:w="120" w:type="dxa"/>
              <w:bottom w:w="80" w:type="dxa"/>
              <w:end w:w="120" w:type="dxa"/>
            </w:tcMar>
            <w:vAlign w:val="center"/>
            <w:shd w:fill="EEF4F8"/>
          </w:tcPr>
          <w:p>
            <w:r>
              <w:rPr>
                <w:b/>
              </w:rPr>
              <w:t>Cash available now</w:t>
            </w:r>
          </w:p>
        </w:tc>
        <w:tc>
          <w:tcPr>
            <w:tcW w:type="dxa" w:w="7200"/>
            <w:tcMar>
              <w:top w:w="80" w:type="dxa"/>
              <w:start w:w="120" w:type="dxa"/>
              <w:bottom w:w="80" w:type="dxa"/>
              <w:end w:w="120" w:type="dxa"/>
            </w:tcMar>
            <w:vAlign w:val="center"/>
          </w:tcPr>
          <w:p>
            <w:pPr>
              <w:pBdr>
                <w:bottom w:val="single" w:sz="6" w:space="1" w:color="7F8C8D"/>
              </w:pBdr>
              <w:spacing w:before="0" w:after="0" w:line="40" w:lineRule="exact"/>
            </w:pPr>
            <w:r/>
            <w:r>
              <w:rPr>
                <w:sz w:val="2"/>
              </w:rPr>
              <w:t xml:space="preserve"> </w:t>
            </w:r>
          </w:p>
        </w:tc>
      </w:tr>
      <w:tr>
        <w:tc>
          <w:tcPr>
            <w:tcW w:type="dxa" w:w="2376"/>
            <w:tcMar>
              <w:top w:w="80" w:type="dxa"/>
              <w:start w:w="120" w:type="dxa"/>
              <w:bottom w:w="80" w:type="dxa"/>
              <w:end w:w="120" w:type="dxa"/>
            </w:tcMar>
            <w:vAlign w:val="center"/>
            <w:shd w:fill="EEF4F8"/>
          </w:tcPr>
          <w:p>
            <w:r>
              <w:rPr>
                <w:b/>
              </w:rPr>
              <w:t>Financing requested</w:t>
            </w:r>
          </w:p>
        </w:tc>
        <w:tc>
          <w:tcPr>
            <w:tcW w:type="dxa" w:w="7200"/>
            <w:tcMar>
              <w:top w:w="80" w:type="dxa"/>
              <w:start w:w="120" w:type="dxa"/>
              <w:bottom w:w="80" w:type="dxa"/>
              <w:end w:w="120" w:type="dxa"/>
            </w:tcMar>
            <w:vAlign w:val="center"/>
          </w:tcPr>
          <w:p>
            <w:pPr>
              <w:pBdr>
                <w:bottom w:val="single" w:sz="6" w:space="1" w:color="7F8C8D"/>
              </w:pBdr>
              <w:spacing w:before="0" w:after="0" w:line="40" w:lineRule="exact"/>
            </w:pPr>
            <w:r/>
            <w:r>
              <w:rPr>
                <w:sz w:val="2"/>
              </w:rPr>
              <w:t xml:space="preserve"> </w:t>
            </w:r>
          </w:p>
        </w:tc>
      </w:tr>
      <w:tr>
        <w:tc>
          <w:tcPr>
            <w:tcW w:type="dxa" w:w="2376"/>
            <w:tcMar>
              <w:top w:w="80" w:type="dxa"/>
              <w:start w:w="120" w:type="dxa"/>
              <w:bottom w:w="80" w:type="dxa"/>
              <w:end w:w="120" w:type="dxa"/>
            </w:tcMar>
            <w:vAlign w:val="center"/>
            <w:shd w:fill="EEF4F8"/>
          </w:tcPr>
          <w:p>
            <w:r>
              <w:rPr>
                <w:b/>
              </w:rPr>
              <w:t>Financing approved</w:t>
            </w:r>
          </w:p>
        </w:tc>
        <w:tc>
          <w:tcPr>
            <w:tcW w:type="dxa" w:w="7200"/>
            <w:tcMar>
              <w:top w:w="80" w:type="dxa"/>
              <w:start w:w="120" w:type="dxa"/>
              <w:bottom w:w="80" w:type="dxa"/>
              <w:end w:w="120" w:type="dxa"/>
            </w:tcMar>
            <w:vAlign w:val="center"/>
          </w:tcPr>
          <w:p>
            <w:r>
              <w:t>☐ Yes   ☐ No   ☐ Pending</w:t>
            </w:r>
          </w:p>
        </w:tc>
      </w:tr>
      <w:tr>
        <w:tc>
          <w:tcPr>
            <w:tcW w:type="dxa" w:w="2376"/>
            <w:tcMar>
              <w:top w:w="80" w:type="dxa"/>
              <w:start w:w="120" w:type="dxa"/>
              <w:bottom w:w="80" w:type="dxa"/>
              <w:end w:w="120" w:type="dxa"/>
            </w:tcMar>
            <w:vAlign w:val="center"/>
            <w:shd w:fill="EEF4F8"/>
          </w:tcPr>
          <w:p>
            <w:r>
              <w:rPr>
                <w:b/>
              </w:rPr>
              <w:t>Lender / contact</w:t>
            </w:r>
          </w:p>
        </w:tc>
        <w:tc>
          <w:tcPr>
            <w:tcW w:type="dxa" w:w="7200"/>
            <w:tcMar>
              <w:top w:w="80" w:type="dxa"/>
              <w:start w:w="120" w:type="dxa"/>
              <w:bottom w:w="80" w:type="dxa"/>
              <w:end w:w="120" w:type="dxa"/>
            </w:tcMar>
            <w:vAlign w:val="center"/>
          </w:tcPr>
          <w:p>
            <w:pPr>
              <w:pBdr>
                <w:bottom w:val="single" w:sz="6" w:space="1" w:color="7F8C8D"/>
              </w:pBdr>
              <w:spacing w:before="0" w:after="0" w:line="40" w:lineRule="exact"/>
            </w:pPr>
            <w:r/>
            <w:r>
              <w:rPr>
                <w:sz w:val="2"/>
              </w:rPr>
              <w:t xml:space="preserve"> </w:t>
            </w:r>
          </w:p>
        </w:tc>
      </w:tr>
      <w:tr>
        <w:tc>
          <w:tcPr>
            <w:tcW w:type="dxa" w:w="2376"/>
            <w:tcMar>
              <w:top w:w="80" w:type="dxa"/>
              <w:start w:w="120" w:type="dxa"/>
              <w:bottom w:w="80" w:type="dxa"/>
              <w:end w:w="120" w:type="dxa"/>
            </w:tcMar>
            <w:vAlign w:val="center"/>
            <w:shd w:fill="EEF4F8"/>
          </w:tcPr>
          <w:p>
            <w:r>
              <w:rPr>
                <w:b/>
              </w:rPr>
              <w:t>Working capital after opening</w:t>
            </w:r>
          </w:p>
        </w:tc>
        <w:tc>
          <w:tcPr>
            <w:tcW w:type="dxa" w:w="7200"/>
            <w:tcMar>
              <w:top w:w="80" w:type="dxa"/>
              <w:start w:w="120" w:type="dxa"/>
              <w:bottom w:w="80" w:type="dxa"/>
              <w:end w:w="120" w:type="dxa"/>
            </w:tcMar>
            <w:vAlign w:val="center"/>
          </w:tcPr>
          <w:p>
            <w:pPr>
              <w:pBdr>
                <w:bottom w:val="single" w:sz="6" w:space="1" w:color="7F8C8D"/>
              </w:pBdr>
              <w:spacing w:before="0" w:after="0" w:line="40" w:lineRule="exact"/>
            </w:pPr>
            <w:r/>
            <w:r>
              <w:rPr>
                <w:sz w:val="2"/>
              </w:rPr>
              <w:t xml:space="preserve"> </w:t>
            </w:r>
          </w:p>
        </w:tc>
      </w:tr>
      <w:tr>
        <w:tc>
          <w:tcPr>
            <w:tcW w:type="dxa" w:w="2376"/>
            <w:tcMar>
              <w:top w:w="80" w:type="dxa"/>
              <w:start w:w="120" w:type="dxa"/>
              <w:bottom w:w="80" w:type="dxa"/>
              <w:end w:w="120" w:type="dxa"/>
            </w:tcMar>
            <w:vAlign w:val="center"/>
            <w:shd w:fill="EEF4F8"/>
          </w:tcPr>
          <w:p>
            <w:r>
              <w:rPr>
                <w:b/>
              </w:rPr>
              <w:t>Expected monthly sales</w:t>
            </w:r>
          </w:p>
        </w:tc>
        <w:tc>
          <w:tcPr>
            <w:tcW w:type="dxa" w:w="7200"/>
            <w:tcMar>
              <w:top w:w="80" w:type="dxa"/>
              <w:start w:w="120" w:type="dxa"/>
              <w:bottom w:w="80" w:type="dxa"/>
              <w:end w:w="120" w:type="dxa"/>
            </w:tcMar>
            <w:vAlign w:val="center"/>
          </w:tcPr>
          <w:p>
            <w:pPr>
              <w:pBdr>
                <w:bottom w:val="single" w:sz="6" w:space="1" w:color="7F8C8D"/>
              </w:pBdr>
              <w:spacing w:before="0" w:after="0" w:line="40" w:lineRule="exact"/>
            </w:pPr>
            <w:r/>
            <w:r>
              <w:rPr>
                <w:sz w:val="2"/>
              </w:rPr>
              <w:t xml:space="preserve"> </w:t>
            </w:r>
          </w:p>
        </w:tc>
      </w:tr>
      <w:tr>
        <w:tc>
          <w:tcPr>
            <w:tcW w:type="dxa" w:w="2376"/>
            <w:tcMar>
              <w:top w:w="80" w:type="dxa"/>
              <w:start w:w="120" w:type="dxa"/>
              <w:bottom w:w="80" w:type="dxa"/>
              <w:end w:w="120" w:type="dxa"/>
            </w:tcMar>
            <w:vAlign w:val="center"/>
            <w:shd w:fill="EEF4F8"/>
          </w:tcPr>
          <w:p>
            <w:r>
              <w:rPr>
                <w:b/>
              </w:rPr>
              <w:t>Expected monthly expenses</w:t>
            </w:r>
          </w:p>
        </w:tc>
        <w:tc>
          <w:tcPr>
            <w:tcW w:type="dxa" w:w="7200"/>
            <w:tcMar>
              <w:top w:w="80" w:type="dxa"/>
              <w:start w:w="120" w:type="dxa"/>
              <w:bottom w:w="80" w:type="dxa"/>
              <w:end w:w="120" w:type="dxa"/>
            </w:tcMar>
            <w:vAlign w:val="center"/>
          </w:tcPr>
          <w:p>
            <w:pPr>
              <w:pBdr>
                <w:bottom w:val="single" w:sz="6" w:space="1" w:color="7F8C8D"/>
              </w:pBdr>
              <w:spacing w:before="0" w:after="0" w:line="40" w:lineRule="exact"/>
            </w:pPr>
            <w:r/>
            <w:r>
              <w:rPr>
                <w:sz w:val="2"/>
              </w:rPr>
              <w:t xml:space="preserve"> </w:t>
            </w:r>
          </w:p>
        </w:tc>
      </w:tr>
      <w:tr>
        <w:tc>
          <w:tcPr>
            <w:tcW w:type="dxa" w:w="2376"/>
            <w:tcMar>
              <w:top w:w="80" w:type="dxa"/>
              <w:start w:w="120" w:type="dxa"/>
              <w:bottom w:w="80" w:type="dxa"/>
              <w:end w:w="120" w:type="dxa"/>
            </w:tcMar>
            <w:vAlign w:val="center"/>
            <w:shd w:fill="EEF4F8"/>
          </w:tcPr>
          <w:p>
            <w:r>
              <w:rPr>
                <w:b/>
              </w:rPr>
              <w:t>Other funding sources</w:t>
            </w:r>
          </w:p>
        </w:tc>
        <w:tc>
          <w:tcPr>
            <w:tcW w:type="dxa" w:w="7200"/>
            <w:tcMar>
              <w:top w:w="80" w:type="dxa"/>
              <w:start w:w="120" w:type="dxa"/>
              <w:bottom w:w="80" w:type="dxa"/>
              <w:end w:w="120" w:type="dxa"/>
            </w:tcMar>
            <w:vAlign w:val="center"/>
          </w:tcPr>
          <w:p>
            <w:pPr>
              <w:pBdr>
                <w:bottom w:val="single" w:sz="6" w:space="1" w:color="7F8C8D"/>
              </w:pBdr>
              <w:spacing w:before="0" w:after="0" w:line="40" w:lineRule="exact"/>
            </w:pPr>
            <w:r/>
            <w:r>
              <w:rPr>
                <w:sz w:val="2"/>
              </w:rPr>
              <w:t xml:space="preserve"> </w:t>
            </w:r>
          </w:p>
        </w:tc>
      </w:tr>
    </w:tbl>
    <w:p>
      <w:pPr>
        <w:pStyle w:val="Heading2"/>
      </w:pPr>
      <w:r>
        <w:t>Attach the following:</w:t>
      </w:r>
    </w:p>
    <w:p>
      <w:pPr>
        <w:ind w:left="259" w:hanging="259"/>
      </w:pPr>
      <w:r>
        <w:t>☐  Business plan or written concept and proposed menu</w:t>
      </w:r>
    </w:p>
    <w:p>
      <w:pPr>
        <w:ind w:left="259" w:hanging="259"/>
      </w:pPr>
      <w:r>
        <w:t>☐  Detailed startup/buildout budget and 12-month sales/expense projection</w:t>
      </w:r>
    </w:p>
    <w:p>
      <w:pPr>
        <w:ind w:left="259" w:hanging="259"/>
      </w:pPr>
      <w:r>
        <w:t>☐  Proof of available funds and lender approval/status</w:t>
      </w:r>
    </w:p>
    <w:p>
      <w:pPr>
        <w:ind w:left="259" w:hanging="259"/>
      </w:pPr>
      <w:r>
        <w:t>☐  Business bank statements (most recent 3 months), if an existing business</w:t>
      </w:r>
    </w:p>
    <w:p>
      <w:pPr>
        <w:ind w:left="259" w:hanging="259"/>
      </w:pPr>
      <w:r>
        <w:t>☐  Business and personal tax returns or financial statements, if requested</w:t>
      </w:r>
    </w:p>
    <w:p>
      <w:pPr>
        <w:ind w:left="259" w:hanging="259"/>
      </w:pPr>
      <w:r>
        <w:t>☐  Entity formation documents and ownership information</w:t>
      </w:r>
    </w:p>
    <w:p>
      <w:pPr>
        <w:ind w:left="259" w:hanging="259"/>
      </w:pPr>
      <w:r>
        <w:t>☐  Equipment list, preliminary plans, contractor estimates, and project schedule</w:t>
      </w:r>
    </w:p>
    <w:p>
      <w:pPr>
        <w:pStyle w:val="Heading1"/>
        <w:shd w:fill="D9EAF7"/>
      </w:pPr>
      <w:r>
        <w:t>7. Additional disclosures</w:t>
      </w:r>
    </w:p>
    <w:p>
      <w:r>
        <w:rPr>
          <w:b/>
        </w:rPr>
        <w:t xml:space="preserve">Has the business or any owner/guarantor filed bankruptcy in the last 7 years?  </w:t>
      </w:r>
      <w:r>
        <w:t>☐ No   ☐ Yes — explain below</w:t>
      </w:r>
    </w:p>
    <w:p>
      <w:r>
        <w:rPr>
          <w:b/>
        </w:rPr>
        <w:t xml:space="preserve">Has the business or any owner/guarantor been evicted or had a lease terminated?  </w:t>
      </w:r>
      <w:r>
        <w:t>☐ No   ☐ Yes — explain below</w:t>
      </w:r>
    </w:p>
    <w:p>
      <w:r>
        <w:rPr>
          <w:b/>
        </w:rPr>
        <w:t xml:space="preserve">Does the business or any owner/guarantor have unpaid judgments, tax liens, or pending lawsuits that may affect payment or opening?  </w:t>
      </w:r>
      <w:r>
        <w:t>☐ No   ☐ Yes — explain below</w:t>
      </w:r>
    </w:p>
    <w:p>
      <w:r>
        <w:rPr>
          <w:b/>
        </w:rPr>
        <w:t xml:space="preserve">Has any required business, food, or liquor license been denied, suspended, or revoked?  </w:t>
      </w:r>
      <w:r>
        <w:t>☐ No   ☐ Yes — explain below</w:t>
      </w:r>
    </w:p>
    <w:p>
      <w:r>
        <w:rPr>
          <w:b/>
        </w:rPr>
        <w:t xml:space="preserve">Explanation: </w:t>
      </w:r>
      <w:r>
        <w:t>_____________________________________________________________________________________</w:t>
      </w:r>
    </w:p>
    <w:p>
      <w:r>
        <w:rPr>
          <w:b/>
        </w:rPr>
        <w:t xml:space="preserve"> </w:t>
      </w:r>
      <w:r>
        <w:t>_________________________________________________________________________________________________________</w:t>
      </w:r>
    </w:p>
    <w:p>
      <w:pPr>
        <w:pStyle w:val="Heading1"/>
        <w:shd w:fill="D9EAF7"/>
      </w:pPr>
      <w:r>
        <w:t>8. Certifications</w:t>
      </w:r>
    </w:p>
    <w:p>
      <w:r>
        <w:t>Applicant certifies that the information and attachments are true and complete. Applicant authorizes Centre Commons and its agents to verify the information, contact references, and obtain business credit, public-record, criminal-history, eviction, and other background information relevant to commercial leasing, as permitted by law. Applicant understands that false or incomplete information may result in rejection or withdrawal of approval. Applicant understands that approval is conditional until a lease is signed by landlord and tenant.</w:t>
      </w:r>
    </w:p>
    <w:tbl>
      <w:tblPr>
        <w:tblW w:type="auto" w:w="0"/>
        <w:jc w:val="center"/>
        <w:tblLayout w:type="fixed"/>
        <w:tblLook w:firstColumn="1" w:firstRow="1" w:lastColumn="0" w:lastRow="0" w:noHBand="0" w:noVBand="1" w:val="04A0"/>
      </w:tblPr>
      <w:tblGrid>
        <w:gridCol w:w="5184"/>
        <w:gridCol w:w="5184"/>
      </w:tblGrid>
      <w:tr>
        <w:tc>
          <w:tcPr>
            <w:tcW w:type="dxa" w:w="2376"/>
            <w:tcMar>
              <w:top w:w="80" w:type="dxa"/>
              <w:start w:w="120" w:type="dxa"/>
              <w:bottom w:w="80" w:type="dxa"/>
              <w:end w:w="120" w:type="dxa"/>
            </w:tcMar>
            <w:vAlign w:val="center"/>
            <w:shd w:fill="EEF4F8"/>
          </w:tcPr>
          <w:p>
            <w:r>
              <w:rPr>
                <w:b/>
              </w:rPr>
              <w:t>Business / applicant signature</w:t>
            </w:r>
          </w:p>
        </w:tc>
        <w:tc>
          <w:tcPr>
            <w:tcW w:type="dxa" w:w="7200"/>
            <w:tcMar>
              <w:top w:w="80" w:type="dxa"/>
              <w:start w:w="120" w:type="dxa"/>
              <w:bottom w:w="80" w:type="dxa"/>
              <w:end w:w="120" w:type="dxa"/>
            </w:tcMar>
            <w:vAlign w:val="center"/>
          </w:tcPr>
          <w:p>
            <w:pPr>
              <w:pBdr>
                <w:bottom w:val="single" w:sz="6" w:space="1" w:color="7F8C8D"/>
              </w:pBdr>
              <w:spacing w:before="0" w:after="0" w:line="40" w:lineRule="exact"/>
            </w:pPr>
            <w:r/>
            <w:r>
              <w:rPr>
                <w:sz w:val="2"/>
              </w:rPr>
              <w:t xml:space="preserve"> </w:t>
            </w:r>
          </w:p>
        </w:tc>
      </w:tr>
      <w:tr>
        <w:tc>
          <w:tcPr>
            <w:tcW w:type="dxa" w:w="2376"/>
            <w:tcMar>
              <w:top w:w="80" w:type="dxa"/>
              <w:start w:w="120" w:type="dxa"/>
              <w:bottom w:w="80" w:type="dxa"/>
              <w:end w:w="120" w:type="dxa"/>
            </w:tcMar>
            <w:vAlign w:val="center"/>
            <w:shd w:fill="EEF4F8"/>
          </w:tcPr>
          <w:p>
            <w:r>
              <w:rPr>
                <w:b/>
              </w:rPr>
              <w:t>Printed name and title</w:t>
            </w:r>
          </w:p>
        </w:tc>
        <w:tc>
          <w:tcPr>
            <w:tcW w:type="dxa" w:w="7200"/>
            <w:tcMar>
              <w:top w:w="80" w:type="dxa"/>
              <w:start w:w="120" w:type="dxa"/>
              <w:bottom w:w="80" w:type="dxa"/>
              <w:end w:w="120" w:type="dxa"/>
            </w:tcMar>
            <w:vAlign w:val="center"/>
          </w:tcPr>
          <w:p>
            <w:pPr>
              <w:pBdr>
                <w:bottom w:val="single" w:sz="6" w:space="1" w:color="7F8C8D"/>
              </w:pBdr>
              <w:spacing w:before="0" w:after="0" w:line="40" w:lineRule="exact"/>
            </w:pPr>
            <w:r/>
            <w:r>
              <w:rPr>
                <w:sz w:val="2"/>
              </w:rPr>
              <w:t xml:space="preserve"> </w:t>
            </w:r>
          </w:p>
        </w:tc>
      </w:tr>
      <w:tr>
        <w:tc>
          <w:tcPr>
            <w:tcW w:type="dxa" w:w="2376"/>
            <w:tcMar>
              <w:top w:w="80" w:type="dxa"/>
              <w:start w:w="120" w:type="dxa"/>
              <w:bottom w:w="80" w:type="dxa"/>
              <w:end w:w="120" w:type="dxa"/>
            </w:tcMar>
            <w:vAlign w:val="center"/>
            <w:shd w:fill="EEF4F8"/>
          </w:tcPr>
          <w:p>
            <w:r>
              <w:rPr>
                <w:b/>
              </w:rPr>
              <w:t>Date</w:t>
            </w:r>
          </w:p>
        </w:tc>
        <w:tc>
          <w:tcPr>
            <w:tcW w:type="dxa" w:w="7200"/>
            <w:tcMar>
              <w:top w:w="80" w:type="dxa"/>
              <w:start w:w="120" w:type="dxa"/>
              <w:bottom w:w="80" w:type="dxa"/>
              <w:end w:w="120" w:type="dxa"/>
            </w:tcMar>
            <w:vAlign w:val="center"/>
          </w:tcPr>
          <w:p>
            <w:pPr>
              <w:pBdr>
                <w:bottom w:val="single" w:sz="6" w:space="1" w:color="7F8C8D"/>
              </w:pBdr>
              <w:spacing w:before="0" w:after="0" w:line="40" w:lineRule="exact"/>
            </w:pPr>
            <w:r/>
            <w:r>
              <w:rPr>
                <w:sz w:val="2"/>
              </w:rPr>
              <w:t xml:space="preserve"> </w:t>
            </w:r>
          </w:p>
        </w:tc>
      </w:tr>
    </w:tbl>
    <w:p>
      <w:r>
        <w:br w:type="page"/>
      </w:r>
    </w:p>
    <w:p>
      <w:pPr>
        <w:pStyle w:val="Heading1"/>
        <w:shd w:fill="D9EAF7"/>
      </w:pPr>
      <w:r>
        <w:t>INDIVIDUAL SCREENING AUTHORIZATION</w:t>
      </w:r>
    </w:p>
    <w:p>
      <w:r>
        <w:t>Each owner or proposed guarantor who will be personally screened must complete and sign a separate copy of this page. Do not email a Social Security number unless a secure method is provided.</w:t>
      </w:r>
    </w:p>
    <w:tbl>
      <w:tblPr>
        <w:tblW w:type="auto" w:w="0"/>
        <w:jc w:val="center"/>
        <w:tblLayout w:type="fixed"/>
        <w:tblLook w:firstColumn="1" w:firstRow="1" w:lastColumn="0" w:lastRow="0" w:noHBand="0" w:noVBand="1" w:val="04A0"/>
      </w:tblPr>
      <w:tblGrid>
        <w:gridCol w:w="5184"/>
        <w:gridCol w:w="5184"/>
      </w:tblGrid>
      <w:tr>
        <w:tc>
          <w:tcPr>
            <w:tcW w:type="dxa" w:w="2376"/>
            <w:tcMar>
              <w:top w:w="80" w:type="dxa"/>
              <w:start w:w="120" w:type="dxa"/>
              <w:bottom w:w="80" w:type="dxa"/>
              <w:end w:w="120" w:type="dxa"/>
            </w:tcMar>
            <w:vAlign w:val="center"/>
            <w:shd w:fill="EEF4F8"/>
          </w:tcPr>
          <w:p>
            <w:r>
              <w:rPr>
                <w:b/>
              </w:rPr>
              <w:t>Full legal name</w:t>
            </w:r>
          </w:p>
        </w:tc>
        <w:tc>
          <w:tcPr>
            <w:tcW w:type="dxa" w:w="7200"/>
            <w:tcMar>
              <w:top w:w="80" w:type="dxa"/>
              <w:start w:w="120" w:type="dxa"/>
              <w:bottom w:w="80" w:type="dxa"/>
              <w:end w:w="120" w:type="dxa"/>
            </w:tcMar>
            <w:vAlign w:val="center"/>
          </w:tcPr>
          <w:p>
            <w:pPr>
              <w:pBdr>
                <w:bottom w:val="single" w:sz="6" w:space="1" w:color="7F8C8D"/>
              </w:pBdr>
              <w:spacing w:before="0" w:after="0" w:line="40" w:lineRule="exact"/>
            </w:pPr>
            <w:r/>
            <w:r>
              <w:rPr>
                <w:sz w:val="2"/>
              </w:rPr>
              <w:t xml:space="preserve"> </w:t>
            </w:r>
          </w:p>
        </w:tc>
      </w:tr>
      <w:tr>
        <w:tc>
          <w:tcPr>
            <w:tcW w:type="dxa" w:w="2376"/>
            <w:tcMar>
              <w:top w:w="80" w:type="dxa"/>
              <w:start w:w="120" w:type="dxa"/>
              <w:bottom w:w="80" w:type="dxa"/>
              <w:end w:w="120" w:type="dxa"/>
            </w:tcMar>
            <w:vAlign w:val="center"/>
            <w:shd w:fill="EEF4F8"/>
          </w:tcPr>
          <w:p>
            <w:r>
              <w:rPr>
                <w:b/>
              </w:rPr>
              <w:t>Other names used</w:t>
            </w:r>
          </w:p>
        </w:tc>
        <w:tc>
          <w:tcPr>
            <w:tcW w:type="dxa" w:w="7200"/>
            <w:tcMar>
              <w:top w:w="80" w:type="dxa"/>
              <w:start w:w="120" w:type="dxa"/>
              <w:bottom w:w="80" w:type="dxa"/>
              <w:end w:w="120" w:type="dxa"/>
            </w:tcMar>
            <w:vAlign w:val="center"/>
          </w:tcPr>
          <w:p>
            <w:pPr>
              <w:pBdr>
                <w:bottom w:val="single" w:sz="6" w:space="1" w:color="7F8C8D"/>
              </w:pBdr>
              <w:spacing w:before="0" w:after="0" w:line="40" w:lineRule="exact"/>
            </w:pPr>
            <w:r/>
            <w:r>
              <w:rPr>
                <w:sz w:val="2"/>
              </w:rPr>
              <w:t xml:space="preserve"> </w:t>
            </w:r>
          </w:p>
        </w:tc>
      </w:tr>
      <w:tr>
        <w:tc>
          <w:tcPr>
            <w:tcW w:type="dxa" w:w="2376"/>
            <w:tcMar>
              <w:top w:w="80" w:type="dxa"/>
              <w:start w:w="120" w:type="dxa"/>
              <w:bottom w:w="80" w:type="dxa"/>
              <w:end w:w="120" w:type="dxa"/>
            </w:tcMar>
            <w:vAlign w:val="center"/>
            <w:shd w:fill="EEF4F8"/>
          </w:tcPr>
          <w:p>
            <w:r>
              <w:rPr>
                <w:b/>
              </w:rPr>
              <w:t>Current home address</w:t>
            </w:r>
          </w:p>
        </w:tc>
        <w:tc>
          <w:tcPr>
            <w:tcW w:type="dxa" w:w="7200"/>
            <w:tcMar>
              <w:top w:w="80" w:type="dxa"/>
              <w:start w:w="120" w:type="dxa"/>
              <w:bottom w:w="80" w:type="dxa"/>
              <w:end w:w="120" w:type="dxa"/>
            </w:tcMar>
            <w:vAlign w:val="center"/>
          </w:tcPr>
          <w:p>
            <w:pPr>
              <w:pBdr>
                <w:bottom w:val="single" w:sz="6" w:space="1" w:color="7F8C8D"/>
              </w:pBdr>
              <w:spacing w:before="0" w:after="0" w:line="40" w:lineRule="exact"/>
            </w:pPr>
            <w:r/>
            <w:r>
              <w:rPr>
                <w:sz w:val="2"/>
              </w:rPr>
              <w:t xml:space="preserve"> </w:t>
            </w:r>
          </w:p>
        </w:tc>
      </w:tr>
      <w:tr>
        <w:tc>
          <w:tcPr>
            <w:tcW w:type="dxa" w:w="2376"/>
            <w:tcMar>
              <w:top w:w="80" w:type="dxa"/>
              <w:start w:w="120" w:type="dxa"/>
              <w:bottom w:w="80" w:type="dxa"/>
              <w:end w:w="120" w:type="dxa"/>
            </w:tcMar>
            <w:vAlign w:val="center"/>
            <w:shd w:fill="EEF4F8"/>
          </w:tcPr>
          <w:p>
            <w:r>
              <w:rPr>
                <w:b/>
              </w:rPr>
              <w:t>Prior address (if &lt;2 years)</w:t>
            </w:r>
          </w:p>
        </w:tc>
        <w:tc>
          <w:tcPr>
            <w:tcW w:type="dxa" w:w="7200"/>
            <w:tcMar>
              <w:top w:w="80" w:type="dxa"/>
              <w:start w:w="120" w:type="dxa"/>
              <w:bottom w:w="80" w:type="dxa"/>
              <w:end w:w="120" w:type="dxa"/>
            </w:tcMar>
            <w:vAlign w:val="center"/>
          </w:tcPr>
          <w:p>
            <w:pPr>
              <w:pBdr>
                <w:bottom w:val="single" w:sz="6" w:space="1" w:color="7F8C8D"/>
              </w:pBdr>
              <w:spacing w:before="0" w:after="0" w:line="40" w:lineRule="exact"/>
            </w:pPr>
            <w:r/>
            <w:r>
              <w:rPr>
                <w:sz w:val="2"/>
              </w:rPr>
              <w:t xml:space="preserve"> </w:t>
            </w:r>
          </w:p>
        </w:tc>
      </w:tr>
      <w:tr>
        <w:tc>
          <w:tcPr>
            <w:tcW w:type="dxa" w:w="2376"/>
            <w:tcMar>
              <w:top w:w="80" w:type="dxa"/>
              <w:start w:w="120" w:type="dxa"/>
              <w:bottom w:w="80" w:type="dxa"/>
              <w:end w:w="120" w:type="dxa"/>
            </w:tcMar>
            <w:vAlign w:val="center"/>
            <w:shd w:fill="EEF4F8"/>
          </w:tcPr>
          <w:p>
            <w:r>
              <w:rPr>
                <w:b/>
              </w:rPr>
              <w:t>Date of birth</w:t>
            </w:r>
          </w:p>
        </w:tc>
        <w:tc>
          <w:tcPr>
            <w:tcW w:type="dxa" w:w="7200"/>
            <w:tcMar>
              <w:top w:w="80" w:type="dxa"/>
              <w:start w:w="120" w:type="dxa"/>
              <w:bottom w:w="80" w:type="dxa"/>
              <w:end w:w="120" w:type="dxa"/>
            </w:tcMar>
            <w:vAlign w:val="center"/>
          </w:tcPr>
          <w:p>
            <w:pPr>
              <w:pBdr>
                <w:bottom w:val="single" w:sz="6" w:space="1" w:color="7F8C8D"/>
              </w:pBdr>
              <w:spacing w:before="0" w:after="0" w:line="40" w:lineRule="exact"/>
            </w:pPr>
            <w:r/>
            <w:r>
              <w:rPr>
                <w:sz w:val="2"/>
              </w:rPr>
              <w:t xml:space="preserve"> </w:t>
            </w:r>
          </w:p>
        </w:tc>
      </w:tr>
      <w:tr>
        <w:tc>
          <w:tcPr>
            <w:tcW w:type="dxa" w:w="2376"/>
            <w:tcMar>
              <w:top w:w="80" w:type="dxa"/>
              <w:start w:w="120" w:type="dxa"/>
              <w:bottom w:w="80" w:type="dxa"/>
              <w:end w:w="120" w:type="dxa"/>
            </w:tcMar>
            <w:vAlign w:val="center"/>
            <w:shd w:fill="EEF4F8"/>
          </w:tcPr>
          <w:p>
            <w:r>
              <w:rPr>
                <w:b/>
              </w:rPr>
              <w:t>SSN / ITIN</w:t>
            </w:r>
          </w:p>
        </w:tc>
        <w:tc>
          <w:tcPr>
            <w:tcW w:type="dxa" w:w="7200"/>
            <w:tcMar>
              <w:top w:w="80" w:type="dxa"/>
              <w:start w:w="120" w:type="dxa"/>
              <w:bottom w:w="80" w:type="dxa"/>
              <w:end w:w="120" w:type="dxa"/>
            </w:tcMar>
            <w:vAlign w:val="center"/>
          </w:tcPr>
          <w:p>
            <w:r>
              <w:t>Provide securely when requested</w:t>
            </w:r>
          </w:p>
        </w:tc>
      </w:tr>
      <w:tr>
        <w:tc>
          <w:tcPr>
            <w:tcW w:type="dxa" w:w="2376"/>
            <w:tcMar>
              <w:top w:w="80" w:type="dxa"/>
              <w:start w:w="120" w:type="dxa"/>
              <w:bottom w:w="80" w:type="dxa"/>
              <w:end w:w="120" w:type="dxa"/>
            </w:tcMar>
            <w:vAlign w:val="center"/>
            <w:shd w:fill="EEF4F8"/>
          </w:tcPr>
          <w:p>
            <w:r>
              <w:rPr>
                <w:b/>
              </w:rPr>
              <w:t>Phone / email</w:t>
            </w:r>
          </w:p>
        </w:tc>
        <w:tc>
          <w:tcPr>
            <w:tcW w:type="dxa" w:w="7200"/>
            <w:tcMar>
              <w:top w:w="80" w:type="dxa"/>
              <w:start w:w="120" w:type="dxa"/>
              <w:bottom w:w="80" w:type="dxa"/>
              <w:end w:w="120" w:type="dxa"/>
            </w:tcMar>
            <w:vAlign w:val="center"/>
          </w:tcPr>
          <w:p>
            <w:pPr>
              <w:pBdr>
                <w:bottom w:val="single" w:sz="6" w:space="1" w:color="7F8C8D"/>
              </w:pBdr>
              <w:spacing w:before="0" w:after="0" w:line="40" w:lineRule="exact"/>
            </w:pPr>
            <w:r/>
            <w:r>
              <w:rPr>
                <w:sz w:val="2"/>
              </w:rPr>
              <w:t xml:space="preserve"> </w:t>
            </w:r>
          </w:p>
        </w:tc>
      </w:tr>
      <w:tr>
        <w:tc>
          <w:tcPr>
            <w:tcW w:type="dxa" w:w="2376"/>
            <w:tcMar>
              <w:top w:w="80" w:type="dxa"/>
              <w:start w:w="120" w:type="dxa"/>
              <w:bottom w:w="80" w:type="dxa"/>
              <w:end w:w="120" w:type="dxa"/>
            </w:tcMar>
            <w:vAlign w:val="center"/>
            <w:shd w:fill="EEF4F8"/>
          </w:tcPr>
          <w:p>
            <w:r>
              <w:rPr>
                <w:b/>
              </w:rPr>
              <w:t>Business / role</w:t>
            </w:r>
          </w:p>
        </w:tc>
        <w:tc>
          <w:tcPr>
            <w:tcW w:type="dxa" w:w="7200"/>
            <w:tcMar>
              <w:top w:w="80" w:type="dxa"/>
              <w:start w:w="120" w:type="dxa"/>
              <w:bottom w:w="80" w:type="dxa"/>
              <w:end w:w="120" w:type="dxa"/>
            </w:tcMar>
            <w:vAlign w:val="center"/>
          </w:tcPr>
          <w:p>
            <w:pPr>
              <w:pBdr>
                <w:bottom w:val="single" w:sz="6" w:space="1" w:color="7F8C8D"/>
              </w:pBdr>
              <w:spacing w:before="0" w:after="0" w:line="40" w:lineRule="exact"/>
            </w:pPr>
            <w:r/>
            <w:r>
              <w:rPr>
                <w:sz w:val="2"/>
              </w:rPr>
              <w:t xml:space="preserve"> </w:t>
            </w:r>
          </w:p>
        </w:tc>
      </w:tr>
      <w:tr>
        <w:tc>
          <w:tcPr>
            <w:tcW w:type="dxa" w:w="2376"/>
            <w:tcMar>
              <w:top w:w="80" w:type="dxa"/>
              <w:start w:w="120" w:type="dxa"/>
              <w:bottom w:w="80" w:type="dxa"/>
              <w:end w:w="120" w:type="dxa"/>
            </w:tcMar>
            <w:vAlign w:val="center"/>
            <w:shd w:fill="EEF4F8"/>
          </w:tcPr>
          <w:p>
            <w:r>
              <w:rPr>
                <w:b/>
              </w:rPr>
              <w:t>Driver’s license / state</w:t>
            </w:r>
          </w:p>
        </w:tc>
        <w:tc>
          <w:tcPr>
            <w:tcW w:type="dxa" w:w="7200"/>
            <w:tcMar>
              <w:top w:w="80" w:type="dxa"/>
              <w:start w:w="120" w:type="dxa"/>
              <w:bottom w:w="80" w:type="dxa"/>
              <w:end w:w="120" w:type="dxa"/>
            </w:tcMar>
            <w:vAlign w:val="center"/>
          </w:tcPr>
          <w:p>
            <w:pPr>
              <w:pBdr>
                <w:bottom w:val="single" w:sz="6" w:space="1" w:color="7F8C8D"/>
              </w:pBdr>
              <w:spacing w:before="0" w:after="0" w:line="40" w:lineRule="exact"/>
            </w:pPr>
            <w:r/>
            <w:r>
              <w:rPr>
                <w:sz w:val="2"/>
              </w:rPr>
              <w:t xml:space="preserve"> </w:t>
            </w:r>
          </w:p>
        </w:tc>
      </w:tr>
    </w:tbl>
    <w:p>
      <w:r>
        <w:rPr>
          <w:b/>
        </w:rPr>
        <w:t xml:space="preserve">Authorization. </w:t>
      </w:r>
      <w:r>
        <w:t>I authorize Centre Commons, the property owner, and their screening agents to obtain and review consumer reports, investigative consumer reports, credit history, identity verification, criminal-history and public-record information, eviction history, and other information relevant to evaluating this commercial lease application and any personal guarantee. I authorize employers, landlords, banks, lenders, references, government agencies, and reporting agencies to release relevant information for this purpose. This authorization applies during application review and, if a lease is signed, for legitimate lease administration, renewal, collection, or enforcement purposes, as permitted by law. A photocopy or electronic copy of this authorization may be treated as an original.</w:t>
      </w:r>
    </w:p>
    <w:p>
      <w:r>
        <w:rPr>
          <w:b/>
        </w:rPr>
        <w:t xml:space="preserve">Acknowledgment. </w:t>
      </w:r>
      <w:r>
        <w:t>I understand I may be asked to provide additional identification or complete a screening provider’s separate authorization. I certify that the information I provide is true and complete.</w:t>
      </w:r>
    </w:p>
    <w:tbl>
      <w:tblPr>
        <w:tblW w:type="auto" w:w="0"/>
        <w:jc w:val="center"/>
        <w:tblLayout w:type="fixed"/>
        <w:tblLook w:firstColumn="1" w:firstRow="1" w:lastColumn="0" w:lastRow="0" w:noHBand="0" w:noVBand="1" w:val="04A0"/>
      </w:tblPr>
      <w:tblGrid>
        <w:gridCol w:w="5184"/>
        <w:gridCol w:w="5184"/>
      </w:tblGrid>
      <w:tr>
        <w:tc>
          <w:tcPr>
            <w:tcW w:type="dxa" w:w="2376"/>
            <w:tcMar>
              <w:top w:w="80" w:type="dxa"/>
              <w:start w:w="120" w:type="dxa"/>
              <w:bottom w:w="80" w:type="dxa"/>
              <w:end w:w="120" w:type="dxa"/>
            </w:tcMar>
            <w:vAlign w:val="center"/>
            <w:shd w:fill="EEF4F8"/>
          </w:tcPr>
          <w:p>
            <w:r>
              <w:rPr>
                <w:b/>
              </w:rPr>
              <w:t>Individual signature</w:t>
            </w:r>
          </w:p>
        </w:tc>
        <w:tc>
          <w:tcPr>
            <w:tcW w:type="dxa" w:w="7200"/>
            <w:tcMar>
              <w:top w:w="80" w:type="dxa"/>
              <w:start w:w="120" w:type="dxa"/>
              <w:bottom w:w="80" w:type="dxa"/>
              <w:end w:w="120" w:type="dxa"/>
            </w:tcMar>
            <w:vAlign w:val="center"/>
          </w:tcPr>
          <w:p>
            <w:pPr>
              <w:pBdr>
                <w:bottom w:val="single" w:sz="6" w:space="1" w:color="7F8C8D"/>
              </w:pBdr>
              <w:spacing w:before="0" w:after="0" w:line="40" w:lineRule="exact"/>
            </w:pPr>
            <w:r/>
            <w:r>
              <w:rPr>
                <w:sz w:val="2"/>
              </w:rPr>
              <w:t xml:space="preserve"> </w:t>
            </w:r>
          </w:p>
        </w:tc>
      </w:tr>
      <w:tr>
        <w:tc>
          <w:tcPr>
            <w:tcW w:type="dxa" w:w="2376"/>
            <w:tcMar>
              <w:top w:w="80" w:type="dxa"/>
              <w:start w:w="120" w:type="dxa"/>
              <w:bottom w:w="80" w:type="dxa"/>
              <w:end w:w="120" w:type="dxa"/>
            </w:tcMar>
            <w:vAlign w:val="center"/>
            <w:shd w:fill="EEF4F8"/>
          </w:tcPr>
          <w:p>
            <w:r>
              <w:rPr>
                <w:b/>
              </w:rPr>
              <w:t>Printed name</w:t>
            </w:r>
          </w:p>
        </w:tc>
        <w:tc>
          <w:tcPr>
            <w:tcW w:type="dxa" w:w="7200"/>
            <w:tcMar>
              <w:top w:w="80" w:type="dxa"/>
              <w:start w:w="120" w:type="dxa"/>
              <w:bottom w:w="80" w:type="dxa"/>
              <w:end w:w="120" w:type="dxa"/>
            </w:tcMar>
            <w:vAlign w:val="center"/>
          </w:tcPr>
          <w:p>
            <w:pPr>
              <w:pBdr>
                <w:bottom w:val="single" w:sz="6" w:space="1" w:color="7F8C8D"/>
              </w:pBdr>
              <w:spacing w:before="0" w:after="0" w:line="40" w:lineRule="exact"/>
            </w:pPr>
            <w:r/>
            <w:r>
              <w:rPr>
                <w:sz w:val="2"/>
              </w:rPr>
              <w:t xml:space="preserve"> </w:t>
            </w:r>
          </w:p>
        </w:tc>
      </w:tr>
      <w:tr>
        <w:tc>
          <w:tcPr>
            <w:tcW w:type="dxa" w:w="2376"/>
            <w:tcMar>
              <w:top w:w="80" w:type="dxa"/>
              <w:start w:w="120" w:type="dxa"/>
              <w:bottom w:w="80" w:type="dxa"/>
              <w:end w:w="120" w:type="dxa"/>
            </w:tcMar>
            <w:vAlign w:val="center"/>
            <w:shd w:fill="EEF4F8"/>
          </w:tcPr>
          <w:p>
            <w:r>
              <w:rPr>
                <w:b/>
              </w:rPr>
              <w:t>Date</w:t>
            </w:r>
          </w:p>
        </w:tc>
        <w:tc>
          <w:tcPr>
            <w:tcW w:type="dxa" w:w="7200"/>
            <w:tcMar>
              <w:top w:w="80" w:type="dxa"/>
              <w:start w:w="120" w:type="dxa"/>
              <w:bottom w:w="80" w:type="dxa"/>
              <w:end w:w="120" w:type="dxa"/>
            </w:tcMar>
            <w:vAlign w:val="center"/>
          </w:tcPr>
          <w:p>
            <w:pPr>
              <w:pBdr>
                <w:bottom w:val="single" w:sz="6" w:space="1" w:color="7F8C8D"/>
              </w:pBdr>
              <w:spacing w:before="0" w:after="0" w:line="40" w:lineRule="exact"/>
            </w:pPr>
            <w:r/>
            <w:r>
              <w:rPr>
                <w:sz w:val="2"/>
              </w:rPr>
              <w:t xml:space="preserve"> </w:t>
            </w:r>
          </w:p>
        </w:tc>
      </w:tr>
    </w:tbl>
    <w:p>
      <w:pPr>
        <w:pStyle w:val="Heading1"/>
        <w:shd w:fill="D9EAF7"/>
      </w:pPr>
      <w:r>
        <w:t>Landlord use only</w:t>
      </w:r>
    </w:p>
    <w:tbl>
      <w:tblPr>
        <w:tblW w:type="auto" w:w="0"/>
        <w:jc w:val="center"/>
        <w:tblLayout w:type="fixed"/>
        <w:tblLook w:firstColumn="1" w:firstRow="1" w:lastColumn="0" w:lastRow="0" w:noHBand="0" w:noVBand="1" w:val="04A0"/>
      </w:tblPr>
      <w:tblGrid>
        <w:gridCol w:w="5184"/>
        <w:gridCol w:w="5184"/>
      </w:tblGrid>
      <w:tr>
        <w:tc>
          <w:tcPr>
            <w:tcW w:type="dxa" w:w="2376"/>
            <w:tcMar>
              <w:top w:w="80" w:type="dxa"/>
              <w:start w:w="120" w:type="dxa"/>
              <w:bottom w:w="80" w:type="dxa"/>
              <w:end w:w="120" w:type="dxa"/>
            </w:tcMar>
            <w:vAlign w:val="center"/>
            <w:shd w:fill="EEF4F8"/>
          </w:tcPr>
          <w:p>
            <w:r>
              <w:rPr>
                <w:b/>
              </w:rPr>
              <w:t>Application received</w:t>
            </w:r>
          </w:p>
        </w:tc>
        <w:tc>
          <w:tcPr>
            <w:tcW w:type="dxa" w:w="7200"/>
            <w:tcMar>
              <w:top w:w="80" w:type="dxa"/>
              <w:start w:w="120" w:type="dxa"/>
              <w:bottom w:w="80" w:type="dxa"/>
              <w:end w:w="120" w:type="dxa"/>
            </w:tcMar>
            <w:vAlign w:val="center"/>
          </w:tcPr>
          <w:p>
            <w:pPr>
              <w:pBdr>
                <w:bottom w:val="single" w:sz="6" w:space="1" w:color="7F8C8D"/>
              </w:pBdr>
              <w:spacing w:before="0" w:after="0" w:line="40" w:lineRule="exact"/>
            </w:pPr>
            <w:r/>
            <w:r>
              <w:rPr>
                <w:sz w:val="2"/>
              </w:rPr>
              <w:t xml:space="preserve"> </w:t>
            </w:r>
          </w:p>
        </w:tc>
      </w:tr>
      <w:tr>
        <w:tc>
          <w:tcPr>
            <w:tcW w:type="dxa" w:w="2376"/>
            <w:tcMar>
              <w:top w:w="80" w:type="dxa"/>
              <w:start w:w="120" w:type="dxa"/>
              <w:bottom w:w="80" w:type="dxa"/>
              <w:end w:w="120" w:type="dxa"/>
            </w:tcMar>
            <w:vAlign w:val="center"/>
            <w:shd w:fill="EEF4F8"/>
          </w:tcPr>
          <w:p>
            <w:r>
              <w:rPr>
                <w:b/>
              </w:rPr>
              <w:t>Items outstanding</w:t>
            </w:r>
          </w:p>
        </w:tc>
        <w:tc>
          <w:tcPr>
            <w:tcW w:type="dxa" w:w="7200"/>
            <w:tcMar>
              <w:top w:w="80" w:type="dxa"/>
              <w:start w:w="120" w:type="dxa"/>
              <w:bottom w:w="80" w:type="dxa"/>
              <w:end w:w="120" w:type="dxa"/>
            </w:tcMar>
            <w:vAlign w:val="center"/>
          </w:tcPr>
          <w:p>
            <w:pPr>
              <w:pBdr>
                <w:bottom w:val="single" w:sz="6" w:space="1" w:color="7F8C8D"/>
              </w:pBdr>
              <w:spacing w:before="0" w:after="0" w:line="40" w:lineRule="exact"/>
            </w:pPr>
            <w:r/>
            <w:r>
              <w:rPr>
                <w:sz w:val="2"/>
              </w:rPr>
              <w:t xml:space="preserve"> </w:t>
            </w:r>
          </w:p>
        </w:tc>
      </w:tr>
      <w:tr>
        <w:tc>
          <w:tcPr>
            <w:tcW w:type="dxa" w:w="2376"/>
            <w:tcMar>
              <w:top w:w="80" w:type="dxa"/>
              <w:start w:w="120" w:type="dxa"/>
              <w:bottom w:w="80" w:type="dxa"/>
              <w:end w:w="120" w:type="dxa"/>
            </w:tcMar>
            <w:vAlign w:val="center"/>
            <w:shd w:fill="EEF4F8"/>
          </w:tcPr>
          <w:p>
            <w:r>
              <w:rPr>
                <w:b/>
              </w:rPr>
              <w:t>Screening ordered / date</w:t>
            </w:r>
          </w:p>
        </w:tc>
        <w:tc>
          <w:tcPr>
            <w:tcW w:type="dxa" w:w="7200"/>
            <w:tcMar>
              <w:top w:w="80" w:type="dxa"/>
              <w:start w:w="120" w:type="dxa"/>
              <w:bottom w:w="80" w:type="dxa"/>
              <w:end w:w="120" w:type="dxa"/>
            </w:tcMar>
            <w:vAlign w:val="center"/>
          </w:tcPr>
          <w:p>
            <w:pPr>
              <w:pBdr>
                <w:bottom w:val="single" w:sz="6" w:space="1" w:color="7F8C8D"/>
              </w:pBdr>
              <w:spacing w:before="0" w:after="0" w:line="40" w:lineRule="exact"/>
            </w:pPr>
            <w:r/>
            <w:r>
              <w:rPr>
                <w:sz w:val="2"/>
              </w:rPr>
              <w:t xml:space="preserve"> </w:t>
            </w:r>
          </w:p>
        </w:tc>
      </w:tr>
      <w:tr>
        <w:tc>
          <w:tcPr>
            <w:tcW w:type="dxa" w:w="2376"/>
            <w:tcMar>
              <w:top w:w="80" w:type="dxa"/>
              <w:start w:w="120" w:type="dxa"/>
              <w:bottom w:w="80" w:type="dxa"/>
              <w:end w:w="120" w:type="dxa"/>
            </w:tcMar>
            <w:vAlign w:val="center"/>
            <w:shd w:fill="EEF4F8"/>
          </w:tcPr>
          <w:p>
            <w:r>
              <w:rPr>
                <w:b/>
              </w:rPr>
              <w:t>Decision</w:t>
            </w:r>
          </w:p>
        </w:tc>
        <w:tc>
          <w:tcPr>
            <w:tcW w:type="dxa" w:w="7200"/>
            <w:tcMar>
              <w:top w:w="80" w:type="dxa"/>
              <w:start w:w="120" w:type="dxa"/>
              <w:bottom w:w="80" w:type="dxa"/>
              <w:end w:w="120" w:type="dxa"/>
            </w:tcMar>
            <w:vAlign w:val="center"/>
          </w:tcPr>
          <w:p>
            <w:r>
              <w:t>☐ Approved   ☐ Conditional   ☐ More information   ☐ Declined</w:t>
            </w:r>
          </w:p>
        </w:tc>
      </w:tr>
      <w:tr>
        <w:tc>
          <w:tcPr>
            <w:tcW w:type="dxa" w:w="2376"/>
            <w:tcMar>
              <w:top w:w="80" w:type="dxa"/>
              <w:start w:w="120" w:type="dxa"/>
              <w:bottom w:w="80" w:type="dxa"/>
              <w:end w:w="120" w:type="dxa"/>
            </w:tcMar>
            <w:vAlign w:val="center"/>
            <w:shd w:fill="EEF4F8"/>
          </w:tcPr>
          <w:p>
            <w:r>
              <w:rPr>
                <w:b/>
              </w:rPr>
              <w:t>Conditions / notes</w:t>
            </w:r>
          </w:p>
        </w:tc>
        <w:tc>
          <w:tcPr>
            <w:tcW w:type="dxa" w:w="7200"/>
            <w:tcMar>
              <w:top w:w="80" w:type="dxa"/>
              <w:start w:w="120" w:type="dxa"/>
              <w:bottom w:w="80" w:type="dxa"/>
              <w:end w:w="120" w:type="dxa"/>
            </w:tcMar>
            <w:vAlign w:val="center"/>
          </w:tcPr>
          <w:p>
            <w:pPr>
              <w:pBdr>
                <w:bottom w:val="single" w:sz="6" w:space="1" w:color="7F8C8D"/>
              </w:pBdr>
              <w:spacing w:before="0" w:after="0" w:line="40" w:lineRule="exact"/>
            </w:pPr>
            <w:r/>
            <w:r>
              <w:rPr>
                <w:sz w:val="2"/>
              </w:rPr>
              <w:t xml:space="preserve"> </w:t>
            </w:r>
          </w:p>
        </w:tc>
      </w:tr>
    </w:tbl>
    <w:sectPr w:rsidR="00FC693F" w:rsidRPr="0006063C" w:rsidSect="00034616">
      <w:footerReference w:type="default" r:id="rId9"/>
      <w:pgSz w:w="12240" w:h="15840"/>
      <w:pgMar w:top="792" w:right="936" w:bottom="792" w:left="936" w:header="432" w:footer="432"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color w:val="666666"/>
        <w:sz w:val="16"/>
      </w:rPr>
      <w:t>Centre Commons  •  Commercial leasing</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52" w:lineRule="auto"/>
    </w:pPr>
    <w:rPr>
      <w:rFonts w:ascii="Arial" w:hAnsi="Arial"/>
      <w:color w:val="191919"/>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160" w:after="60"/>
      <w:outlineLvl w:val="0"/>
    </w:pPr>
    <w:rPr>
      <w:rFonts w:asciiTheme="majorHAnsi" w:eastAsiaTheme="majorEastAsia" w:hAnsiTheme="majorHAnsi" w:cstheme="majorBidi" w:ascii="Arial" w:hAnsi="Arial"/>
      <w:b/>
      <w:bCs/>
      <w:color w:val="1F4E79"/>
      <w:sz w:val="23"/>
      <w:szCs w:val="28"/>
    </w:rPr>
  </w:style>
  <w:style w:type="paragraph" w:styleId="Heading2">
    <w:name w:val="heading 2"/>
    <w:basedOn w:val="Normal"/>
    <w:next w:val="Normal"/>
    <w:link w:val="Heading2Char"/>
    <w:uiPriority w:val="9"/>
    <w:unhideWhenUsed/>
    <w:qFormat/>
    <w:rsid w:val="00FC693F"/>
    <w:pPr>
      <w:keepNext/>
      <w:keepLines/>
      <w:spacing w:before="120" w:after="40"/>
      <w:outlineLvl w:val="1"/>
    </w:pPr>
    <w:rPr>
      <w:rFonts w:asciiTheme="majorHAnsi" w:eastAsiaTheme="majorEastAsia" w:hAnsiTheme="majorHAnsi" w:cstheme="majorBidi" w:ascii="Arial" w:hAnsi="Arial"/>
      <w:b/>
      <w:bCs/>
      <w:color w:val="1F4E79"/>
      <w:sz w:val="20"/>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40" w:line="240" w:lineRule="auto" w:before="0"/>
      <w:contextualSpacing/>
    </w:pPr>
    <w:rPr>
      <w:rFonts w:asciiTheme="majorHAnsi" w:eastAsiaTheme="majorEastAsia" w:hAnsiTheme="majorHAnsi" w:cstheme="majorBidi" w:ascii="Arial" w:hAnsi="Arial"/>
      <w:b w:val="0"/>
      <w:color w:val="1F4E79"/>
      <w:spacing w:val="5"/>
      <w:kern w:val="28"/>
      <w:sz w:val="3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keepNext/>
      <w:numPr>
        <w:ilvl w:val="1"/>
      </w:numPr>
      <w:spacing w:before="0" w:after="160"/>
    </w:pPr>
    <w:rPr>
      <w:rFonts w:asciiTheme="majorHAnsi" w:eastAsiaTheme="majorEastAsia" w:hAnsiTheme="majorHAnsi" w:cstheme="majorBidi" w:ascii="Arial" w:hAnsi="Arial"/>
      <w:b w:val="0"/>
      <w:i/>
      <w:iCs/>
      <w:color w:val="666666"/>
      <w:spacing w:val="15"/>
      <w:sz w:val="20"/>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